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D53BB" w14:textId="77777777" w:rsidR="003C155E" w:rsidRDefault="00000000">
      <w:pPr>
        <w:spacing w:after="0"/>
        <w:jc w:val="center"/>
      </w:pPr>
      <w:r>
        <w:rPr>
          <w:b/>
          <w:color w:val="66C5E3"/>
          <w:sz w:val="34"/>
        </w:rPr>
        <w:t>RUNNIN' FOR RHETT</w:t>
      </w:r>
    </w:p>
    <w:p w14:paraId="130220ED" w14:textId="1E3FA418" w:rsidR="003C155E" w:rsidRDefault="00000000">
      <w:pPr>
        <w:jc w:val="center"/>
      </w:pPr>
      <w:r>
        <w:rPr>
          <w:b/>
          <w:sz w:val="21"/>
        </w:rPr>
        <w:t xml:space="preserve">YOUTH FITNESS PROGRAM • </w:t>
      </w:r>
      <w:r w:rsidR="005117D5">
        <w:rPr>
          <w:b/>
          <w:sz w:val="21"/>
        </w:rPr>
        <w:t>| WEEK</w:t>
      </w:r>
      <w:r>
        <w:rPr>
          <w:b/>
          <w:sz w:val="21"/>
        </w:rPr>
        <w:t xml:space="preserve"> 1 • LET'S GET MOVING!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3C155E" w:rsidRPr="00C226B2" w14:paraId="0324682E" w14:textId="77777777">
        <w:trPr>
          <w:jc w:val="center"/>
        </w:trPr>
        <w:tc>
          <w:tcPr>
            <w:tcW w:w="10800" w:type="dxa"/>
            <w:shd w:val="clear" w:color="auto" w:fill="F2C94C"/>
          </w:tcPr>
          <w:p w14:paraId="53B5DE77" w14:textId="22D29EB1" w:rsidR="003C155E" w:rsidRPr="00C226B2" w:rsidRDefault="00000000">
            <w:pPr>
              <w:spacing w:after="0"/>
              <w:rPr>
                <w:sz w:val="20"/>
                <w:szCs w:val="20"/>
              </w:rPr>
            </w:pPr>
            <w:r w:rsidRPr="00C226B2">
              <w:rPr>
                <w:b/>
                <w:sz w:val="20"/>
                <w:szCs w:val="20"/>
              </w:rPr>
              <w:t xml:space="preserve">3 Activity Days • 2 Running Days • Running Goal: 15 Minutes   |   Keep it moving. Keep it fun. </w:t>
            </w:r>
          </w:p>
        </w:tc>
      </w:tr>
    </w:tbl>
    <w:p w14:paraId="26BD643C" w14:textId="77777777" w:rsidR="003C155E" w:rsidRDefault="00000000">
      <w:pPr>
        <w:spacing w:before="80"/>
        <w:rPr>
          <w:b/>
          <w:sz w:val="23"/>
          <w:u w:val="single"/>
        </w:rPr>
      </w:pPr>
      <w:r w:rsidRPr="009A3BE5">
        <w:rPr>
          <w:b/>
          <w:sz w:val="23"/>
          <w:u w:val="single"/>
        </w:rPr>
        <w:t>DAY 1 — DYNAMIC WARM-UP + RUN</w:t>
      </w:r>
    </w:p>
    <w:p w14:paraId="44EC175F" w14:textId="77777777" w:rsidR="000E0FFB" w:rsidRPr="009A3BE5" w:rsidRDefault="000E0FFB">
      <w:pPr>
        <w:spacing w:before="80"/>
        <w:rPr>
          <w:u w:val="single"/>
        </w:rPr>
      </w:pPr>
    </w:p>
    <w:p w14:paraId="4ABB1C21" w14:textId="77777777" w:rsidR="003C155E" w:rsidRDefault="00000000">
      <w:pPr>
        <w:spacing w:after="0"/>
        <w:rPr>
          <w:sz w:val="23"/>
          <w:szCs w:val="23"/>
        </w:rPr>
      </w:pPr>
      <w:r w:rsidRPr="003E2443">
        <w:rPr>
          <w:b/>
          <w:sz w:val="23"/>
          <w:szCs w:val="23"/>
        </w:rPr>
        <w:t xml:space="preserve">Warm-Up (5-7 min): </w:t>
      </w:r>
      <w:r w:rsidRPr="003E2443">
        <w:rPr>
          <w:sz w:val="23"/>
          <w:szCs w:val="23"/>
        </w:rPr>
        <w:t>Easy jog - 2 minutes • Arm circles - 10 forward / 10 backward • High knees - 20 seconds • Butt kicks - 20 seconds • Side shuffles - 20 seconds each direction • Walking lunges - 8 each leg</w:t>
      </w:r>
    </w:p>
    <w:p w14:paraId="50EEBF2D" w14:textId="77777777" w:rsidR="000E0FFB" w:rsidRPr="003E2443" w:rsidRDefault="000E0FFB">
      <w:pPr>
        <w:spacing w:after="0"/>
        <w:rPr>
          <w:sz w:val="23"/>
          <w:szCs w:val="23"/>
        </w:rPr>
      </w:pPr>
    </w:p>
    <w:p w14:paraId="0732EFAA" w14:textId="77777777" w:rsidR="003C155E" w:rsidRDefault="00000000">
      <w:pPr>
        <w:spacing w:after="0"/>
        <w:rPr>
          <w:sz w:val="23"/>
          <w:szCs w:val="23"/>
        </w:rPr>
      </w:pPr>
      <w:r w:rsidRPr="003E2443">
        <w:rPr>
          <w:b/>
          <w:sz w:val="23"/>
          <w:szCs w:val="23"/>
        </w:rPr>
        <w:t xml:space="preserve">RUN: 15 Minutes — </w:t>
      </w:r>
      <w:r w:rsidRPr="003E2443">
        <w:rPr>
          <w:sz w:val="23"/>
          <w:szCs w:val="23"/>
        </w:rPr>
        <w:t>Run at an easy, comfortable pace. Walking breaks are okay. Encourage students to find a pace they can maintain.</w:t>
      </w:r>
    </w:p>
    <w:p w14:paraId="2A6C6843" w14:textId="77777777" w:rsidR="000E0FFB" w:rsidRPr="003E2443" w:rsidRDefault="000E0FFB">
      <w:pPr>
        <w:spacing w:after="0"/>
        <w:rPr>
          <w:sz w:val="23"/>
          <w:szCs w:val="23"/>
        </w:rPr>
      </w:pPr>
    </w:p>
    <w:p w14:paraId="4820FFC9" w14:textId="77777777" w:rsidR="003C155E" w:rsidRDefault="00000000">
      <w:pPr>
        <w:rPr>
          <w:sz w:val="22"/>
        </w:rPr>
      </w:pPr>
      <w:r w:rsidRPr="003E2443">
        <w:rPr>
          <w:b/>
          <w:sz w:val="23"/>
          <w:szCs w:val="23"/>
        </w:rPr>
        <w:t xml:space="preserve">Cooldown: </w:t>
      </w:r>
      <w:r w:rsidRPr="003E2443">
        <w:rPr>
          <w:sz w:val="23"/>
          <w:szCs w:val="23"/>
        </w:rPr>
        <w:t>2-3 minutes easy walking</w:t>
      </w:r>
      <w:r w:rsidRPr="00865400">
        <w:rPr>
          <w:sz w:val="22"/>
        </w:rPr>
        <w:t>.</w:t>
      </w:r>
    </w:p>
    <w:p w14:paraId="25E283E1" w14:textId="77777777" w:rsidR="000E0FFB" w:rsidRPr="00865400" w:rsidRDefault="000E0FFB">
      <w:pPr>
        <w:rPr>
          <w:sz w:val="22"/>
        </w:rPr>
      </w:pPr>
    </w:p>
    <w:p w14:paraId="3501903F" w14:textId="77777777" w:rsidR="003C155E" w:rsidRDefault="00000000">
      <w:pPr>
        <w:spacing w:before="80"/>
        <w:rPr>
          <w:b/>
          <w:sz w:val="23"/>
          <w:u w:val="single"/>
        </w:rPr>
      </w:pPr>
      <w:r w:rsidRPr="009A3BE5">
        <w:rPr>
          <w:b/>
          <w:sz w:val="23"/>
          <w:u w:val="single"/>
        </w:rPr>
        <w:t>DAY 2 — FUN WARM-UP + RUN</w:t>
      </w:r>
    </w:p>
    <w:p w14:paraId="0AE4EE83" w14:textId="77777777" w:rsidR="000E0FFB" w:rsidRPr="009A3BE5" w:rsidRDefault="000E0FFB">
      <w:pPr>
        <w:spacing w:before="80"/>
        <w:rPr>
          <w:u w:val="single"/>
        </w:rPr>
      </w:pPr>
    </w:p>
    <w:p w14:paraId="7EA74FC4" w14:textId="77777777" w:rsidR="003E2443" w:rsidRPr="003E2443" w:rsidRDefault="00000000">
      <w:pPr>
        <w:spacing w:after="0"/>
        <w:rPr>
          <w:sz w:val="23"/>
          <w:szCs w:val="23"/>
        </w:rPr>
      </w:pPr>
      <w:r w:rsidRPr="003E2443">
        <w:rPr>
          <w:b/>
          <w:sz w:val="23"/>
          <w:szCs w:val="23"/>
        </w:rPr>
        <w:t xml:space="preserve">Warm-Up: </w:t>
      </w:r>
      <w:r w:rsidRPr="003E2443">
        <w:rPr>
          <w:sz w:val="23"/>
          <w:szCs w:val="23"/>
        </w:rPr>
        <w:t>Red Light, Green Light - 5-7 minutes •</w:t>
      </w:r>
    </w:p>
    <w:p w14:paraId="2C0E68BC" w14:textId="3FD4C90B" w:rsidR="003E2443" w:rsidRPr="003E2443" w:rsidRDefault="00000000">
      <w:pPr>
        <w:spacing w:after="0"/>
        <w:rPr>
          <w:sz w:val="23"/>
          <w:szCs w:val="23"/>
        </w:rPr>
      </w:pPr>
      <w:r w:rsidRPr="003E2443">
        <w:rPr>
          <w:sz w:val="23"/>
          <w:szCs w:val="23"/>
        </w:rPr>
        <w:t xml:space="preserve">Green = Jog | Yellow = Walk | Red = Freeze • Blue = High Knees | Purple = Butt Kicks • </w:t>
      </w:r>
    </w:p>
    <w:p w14:paraId="18078CA4" w14:textId="73AC177F" w:rsidR="003C155E" w:rsidRDefault="00000000">
      <w:pPr>
        <w:spacing w:after="0"/>
        <w:rPr>
          <w:sz w:val="23"/>
          <w:szCs w:val="23"/>
        </w:rPr>
      </w:pPr>
      <w:r w:rsidRPr="003E2443">
        <w:rPr>
          <w:sz w:val="23"/>
          <w:szCs w:val="23"/>
        </w:rPr>
        <w:t>Nobody is eliminated.</w:t>
      </w:r>
    </w:p>
    <w:p w14:paraId="1B0C887A" w14:textId="77777777" w:rsidR="000E0FFB" w:rsidRPr="003E2443" w:rsidRDefault="000E0FFB">
      <w:pPr>
        <w:spacing w:after="0"/>
        <w:rPr>
          <w:sz w:val="23"/>
          <w:szCs w:val="23"/>
        </w:rPr>
      </w:pPr>
    </w:p>
    <w:p w14:paraId="74AB3B8D" w14:textId="77777777" w:rsidR="003C155E" w:rsidRDefault="00000000">
      <w:pPr>
        <w:rPr>
          <w:sz w:val="23"/>
          <w:szCs w:val="23"/>
        </w:rPr>
      </w:pPr>
      <w:r w:rsidRPr="007E2339">
        <w:rPr>
          <w:b/>
          <w:bCs/>
          <w:sz w:val="23"/>
          <w:szCs w:val="23"/>
        </w:rPr>
        <w:t>Run for 15 minutes</w:t>
      </w:r>
      <w:r w:rsidRPr="003E2443">
        <w:rPr>
          <w:sz w:val="23"/>
          <w:szCs w:val="23"/>
        </w:rPr>
        <w:t>. Finish with 2 short, controlled strides.</w:t>
      </w:r>
    </w:p>
    <w:p w14:paraId="0312E49D" w14:textId="77777777" w:rsidR="000E0FFB" w:rsidRPr="003E2443" w:rsidRDefault="000E0FFB">
      <w:pPr>
        <w:rPr>
          <w:sz w:val="23"/>
          <w:szCs w:val="23"/>
        </w:rPr>
      </w:pPr>
    </w:p>
    <w:p w14:paraId="68189777" w14:textId="77777777" w:rsidR="003C155E" w:rsidRDefault="00000000">
      <w:pPr>
        <w:spacing w:before="80"/>
        <w:rPr>
          <w:b/>
          <w:sz w:val="23"/>
          <w:u w:val="single"/>
        </w:rPr>
      </w:pPr>
      <w:r w:rsidRPr="009A3BE5">
        <w:rPr>
          <w:b/>
          <w:sz w:val="23"/>
          <w:u w:val="single"/>
        </w:rPr>
        <w:t>DAY 3 — SUBWAY TAG</w:t>
      </w:r>
    </w:p>
    <w:p w14:paraId="653A6459" w14:textId="77777777" w:rsidR="000E0FFB" w:rsidRPr="009A3BE5" w:rsidRDefault="000E0FFB">
      <w:pPr>
        <w:spacing w:before="80"/>
        <w:rPr>
          <w:u w:val="single"/>
        </w:rPr>
      </w:pPr>
    </w:p>
    <w:p w14:paraId="1277AB31" w14:textId="77777777" w:rsidR="003C155E" w:rsidRPr="003E2443" w:rsidRDefault="00000000">
      <w:pPr>
        <w:spacing w:after="0"/>
        <w:rPr>
          <w:sz w:val="23"/>
          <w:szCs w:val="23"/>
        </w:rPr>
      </w:pPr>
      <w:r w:rsidRPr="003E2443">
        <w:rPr>
          <w:i/>
          <w:sz w:val="23"/>
          <w:szCs w:val="23"/>
        </w:rPr>
        <w:t>Focus: Agility • Speed • Reaction • Cardio</w:t>
      </w:r>
    </w:p>
    <w:p w14:paraId="13EF2D0D" w14:textId="77777777" w:rsidR="003C155E" w:rsidRPr="003E2443" w:rsidRDefault="00000000">
      <w:pPr>
        <w:pStyle w:val="ListBullet"/>
        <w:spacing w:after="0"/>
        <w:ind w:left="259" w:hanging="173"/>
        <w:rPr>
          <w:sz w:val="23"/>
          <w:szCs w:val="23"/>
        </w:rPr>
      </w:pPr>
      <w:r w:rsidRPr="003E2443">
        <w:rPr>
          <w:sz w:val="23"/>
          <w:szCs w:val="23"/>
        </w:rPr>
        <w:t>Students find a partner and play Rock, Paper, Scissors. The loser is the Tagger.</w:t>
      </w:r>
    </w:p>
    <w:p w14:paraId="59A012AE" w14:textId="77777777" w:rsidR="003C155E" w:rsidRPr="003E2443" w:rsidRDefault="00000000">
      <w:pPr>
        <w:pStyle w:val="ListBullet"/>
        <w:spacing w:after="0"/>
        <w:ind w:left="259" w:hanging="173"/>
        <w:rPr>
          <w:sz w:val="23"/>
          <w:szCs w:val="23"/>
        </w:rPr>
      </w:pPr>
      <w:r w:rsidRPr="003E2443">
        <w:rPr>
          <w:sz w:val="23"/>
          <w:szCs w:val="23"/>
        </w:rPr>
        <w:t>The Tagger spins around 3 times while the Runner gets a head start.</w:t>
      </w:r>
    </w:p>
    <w:p w14:paraId="6CF97792" w14:textId="77777777" w:rsidR="003C155E" w:rsidRPr="003E2443" w:rsidRDefault="00000000">
      <w:pPr>
        <w:pStyle w:val="ListBullet"/>
        <w:spacing w:after="0"/>
        <w:ind w:left="259" w:hanging="173"/>
        <w:rPr>
          <w:sz w:val="23"/>
          <w:szCs w:val="23"/>
        </w:rPr>
      </w:pPr>
      <w:r w:rsidRPr="003E2443">
        <w:rPr>
          <w:sz w:val="23"/>
          <w:szCs w:val="23"/>
        </w:rPr>
        <w:t>When tagged, partners play RPS again and repeat.</w:t>
      </w:r>
    </w:p>
    <w:p w14:paraId="396D1E7D" w14:textId="77777777" w:rsidR="003C155E" w:rsidRPr="003E2443" w:rsidRDefault="00000000">
      <w:pPr>
        <w:pStyle w:val="ListBullet"/>
        <w:spacing w:after="0"/>
        <w:ind w:left="259" w:hanging="173"/>
        <w:rPr>
          <w:sz w:val="23"/>
          <w:szCs w:val="23"/>
        </w:rPr>
      </w:pPr>
      <w:r w:rsidRPr="003E2443">
        <w:rPr>
          <w:sz w:val="23"/>
          <w:szCs w:val="23"/>
        </w:rPr>
        <w:t>Every 90 seconds, call FREEZE and have everyone find a new partner.</w:t>
      </w:r>
    </w:p>
    <w:p w14:paraId="2A378464" w14:textId="77777777" w:rsidR="003C155E" w:rsidRDefault="00000000">
      <w:pPr>
        <w:pStyle w:val="ListBullet"/>
        <w:spacing w:after="0"/>
        <w:ind w:left="259" w:hanging="173"/>
      </w:pPr>
      <w:r w:rsidRPr="003E2443">
        <w:rPr>
          <w:sz w:val="23"/>
          <w:szCs w:val="23"/>
        </w:rPr>
        <w:t>Safety: Keep heads up, use gentle tags, and watch for other runners</w:t>
      </w:r>
      <w:r>
        <w:t>.</w:t>
      </w:r>
    </w:p>
    <w:p w14:paraId="0AA54F2D" w14:textId="77777777" w:rsidR="000E0FFB" w:rsidRDefault="000E0FFB" w:rsidP="000E0FFB">
      <w:pPr>
        <w:pStyle w:val="ListBullet"/>
        <w:numPr>
          <w:ilvl w:val="0"/>
          <w:numId w:val="0"/>
        </w:numPr>
        <w:spacing w:after="0"/>
        <w:ind w:left="259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3C155E" w:rsidRPr="003E2443" w14:paraId="33B108C9" w14:textId="77777777">
        <w:trPr>
          <w:jc w:val="center"/>
        </w:trPr>
        <w:tc>
          <w:tcPr>
            <w:tcW w:w="10800" w:type="dxa"/>
            <w:shd w:val="clear" w:color="auto" w:fill="EAF7FB"/>
          </w:tcPr>
          <w:p w14:paraId="5882A86B" w14:textId="3FA68714" w:rsidR="00BB712F" w:rsidRPr="003E2443" w:rsidRDefault="00000000">
            <w:pPr>
              <w:spacing w:after="0"/>
              <w:rPr>
                <w:b/>
                <w:sz w:val="21"/>
                <w:szCs w:val="21"/>
              </w:rPr>
            </w:pPr>
            <w:r w:rsidRPr="003E2443">
              <w:rPr>
                <w:b/>
                <w:sz w:val="21"/>
                <w:szCs w:val="21"/>
              </w:rPr>
              <w:t>RAINY DAY</w:t>
            </w:r>
            <w:r w:rsidR="005E6F21" w:rsidRPr="003E2443">
              <w:rPr>
                <w:b/>
                <w:sz w:val="21"/>
                <w:szCs w:val="21"/>
              </w:rPr>
              <w:t>/LIMITED SPACE/ INDOOR</w:t>
            </w:r>
            <w:r w:rsidRPr="003E2443">
              <w:rPr>
                <w:b/>
                <w:sz w:val="21"/>
                <w:szCs w:val="21"/>
              </w:rPr>
              <w:t xml:space="preserve"> — DECK OF FITNESS:</w:t>
            </w:r>
          </w:p>
          <w:p w14:paraId="00CDAE8B" w14:textId="77777777" w:rsidR="00BB712F" w:rsidRPr="003E2443" w:rsidRDefault="00000000">
            <w:pPr>
              <w:spacing w:after="0"/>
              <w:rPr>
                <w:sz w:val="21"/>
                <w:szCs w:val="21"/>
              </w:rPr>
            </w:pPr>
            <w:r w:rsidRPr="003E2443">
              <w:rPr>
                <w:b/>
                <w:sz w:val="21"/>
                <w:szCs w:val="21"/>
              </w:rPr>
              <w:t xml:space="preserve"> </w:t>
            </w:r>
            <w:r w:rsidRPr="003E2443">
              <w:rPr>
                <w:sz w:val="21"/>
                <w:szCs w:val="21"/>
              </w:rPr>
              <w:t>Hearts = High Knees</w:t>
            </w:r>
          </w:p>
          <w:p w14:paraId="0554662F" w14:textId="77777777" w:rsidR="00BB712F" w:rsidRPr="003E2443" w:rsidRDefault="00000000">
            <w:pPr>
              <w:spacing w:after="0"/>
              <w:rPr>
                <w:sz w:val="21"/>
                <w:szCs w:val="21"/>
              </w:rPr>
            </w:pPr>
            <w:r w:rsidRPr="003E2443">
              <w:rPr>
                <w:sz w:val="21"/>
                <w:szCs w:val="21"/>
              </w:rPr>
              <w:t xml:space="preserve"> Diamonds = Squats </w:t>
            </w:r>
          </w:p>
          <w:p w14:paraId="7625A523" w14:textId="3EA6D320" w:rsidR="00BB712F" w:rsidRPr="003E2443" w:rsidRDefault="00C226B2">
            <w:pPr>
              <w:spacing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  <w:r w:rsidRPr="003E2443">
              <w:rPr>
                <w:sz w:val="21"/>
                <w:szCs w:val="21"/>
              </w:rPr>
              <w:t>Clubs = Jumping Jacks</w:t>
            </w:r>
          </w:p>
          <w:p w14:paraId="6D81C719" w14:textId="5452BF39" w:rsidR="00865400" w:rsidRPr="003E2443" w:rsidRDefault="00C226B2">
            <w:pPr>
              <w:spacing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  <w:r w:rsidRPr="003E2443">
              <w:rPr>
                <w:sz w:val="21"/>
                <w:szCs w:val="21"/>
              </w:rPr>
              <w:t xml:space="preserve">Spades = Mountain Climbers Card number = repetitions. </w:t>
            </w:r>
          </w:p>
          <w:p w14:paraId="000FC0BA" w14:textId="20FE3C0F" w:rsidR="003E2443" w:rsidRPr="003E2443" w:rsidRDefault="00C226B2">
            <w:pPr>
              <w:spacing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  <w:r w:rsidRPr="003E2443">
              <w:rPr>
                <w:sz w:val="21"/>
                <w:szCs w:val="21"/>
              </w:rPr>
              <w:t>Face Card = 30 seconds running in place.</w:t>
            </w:r>
          </w:p>
          <w:p w14:paraId="2EDEC825" w14:textId="19C39AA1" w:rsidR="003C155E" w:rsidRPr="003E2443" w:rsidRDefault="00000000">
            <w:pPr>
              <w:spacing w:after="0"/>
              <w:rPr>
                <w:sz w:val="21"/>
                <w:szCs w:val="21"/>
              </w:rPr>
            </w:pPr>
            <w:r w:rsidRPr="003E2443">
              <w:rPr>
                <w:sz w:val="21"/>
                <w:szCs w:val="21"/>
              </w:rPr>
              <w:t xml:space="preserve"> Ace = Coach's Choice!</w:t>
            </w:r>
          </w:p>
        </w:tc>
      </w:tr>
    </w:tbl>
    <w:p w14:paraId="29AADC97" w14:textId="1DBCE4A0" w:rsidR="003C155E" w:rsidRPr="003E2443" w:rsidRDefault="003C155E" w:rsidP="008C0074">
      <w:pPr>
        <w:spacing w:before="60" w:after="0"/>
        <w:rPr>
          <w:sz w:val="21"/>
          <w:szCs w:val="21"/>
        </w:rPr>
      </w:pPr>
    </w:p>
    <w:sectPr w:rsidR="003C155E" w:rsidRPr="003E2443" w:rsidSect="00034616">
      <w:footerReference w:type="default" r:id="rId8"/>
      <w:pgSz w:w="12240" w:h="15840"/>
      <w:pgMar w:top="504" w:right="720" w:bottom="50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0F62E" w14:textId="77777777" w:rsidR="005D47A8" w:rsidRDefault="005D47A8">
      <w:pPr>
        <w:spacing w:after="0" w:line="240" w:lineRule="auto"/>
      </w:pPr>
      <w:r>
        <w:separator/>
      </w:r>
    </w:p>
  </w:endnote>
  <w:endnote w:type="continuationSeparator" w:id="0">
    <w:p w14:paraId="43FB52ED" w14:textId="77777777" w:rsidR="005D47A8" w:rsidRDefault="005D4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3B0DE" w14:textId="77777777" w:rsidR="003C155E" w:rsidRDefault="00000000">
    <w:pPr>
      <w:pStyle w:val="Footer"/>
      <w:jc w:val="center"/>
    </w:pPr>
    <w:r>
      <w:rPr>
        <w:sz w:val="14"/>
      </w:rPr>
      <w:t>Runnin' for Rhett Youth Fitness Program • Week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27B9F" w14:textId="77777777" w:rsidR="005D47A8" w:rsidRDefault="005D47A8">
      <w:pPr>
        <w:spacing w:after="0" w:line="240" w:lineRule="auto"/>
      </w:pPr>
      <w:r>
        <w:separator/>
      </w:r>
    </w:p>
  </w:footnote>
  <w:footnote w:type="continuationSeparator" w:id="0">
    <w:p w14:paraId="226D4008" w14:textId="77777777" w:rsidR="005D47A8" w:rsidRDefault="005D47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0374640">
    <w:abstractNumId w:val="8"/>
  </w:num>
  <w:num w:numId="2" w16cid:durableId="996496142">
    <w:abstractNumId w:val="6"/>
  </w:num>
  <w:num w:numId="3" w16cid:durableId="1003320727">
    <w:abstractNumId w:val="5"/>
  </w:num>
  <w:num w:numId="4" w16cid:durableId="1096365203">
    <w:abstractNumId w:val="4"/>
  </w:num>
  <w:num w:numId="5" w16cid:durableId="263420095">
    <w:abstractNumId w:val="7"/>
  </w:num>
  <w:num w:numId="6" w16cid:durableId="646057670">
    <w:abstractNumId w:val="3"/>
  </w:num>
  <w:num w:numId="7" w16cid:durableId="1922638266">
    <w:abstractNumId w:val="2"/>
  </w:num>
  <w:num w:numId="8" w16cid:durableId="2141530164">
    <w:abstractNumId w:val="1"/>
  </w:num>
  <w:num w:numId="9" w16cid:durableId="2103067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0FFB"/>
    <w:rsid w:val="0015074B"/>
    <w:rsid w:val="00230C21"/>
    <w:rsid w:val="0029639D"/>
    <w:rsid w:val="00322834"/>
    <w:rsid w:val="00326F90"/>
    <w:rsid w:val="003C155E"/>
    <w:rsid w:val="003E2443"/>
    <w:rsid w:val="0048336B"/>
    <w:rsid w:val="005117D5"/>
    <w:rsid w:val="005D47A8"/>
    <w:rsid w:val="005E6F21"/>
    <w:rsid w:val="007E2339"/>
    <w:rsid w:val="00865400"/>
    <w:rsid w:val="008C0074"/>
    <w:rsid w:val="009A3BE5"/>
    <w:rsid w:val="00AA1D8D"/>
    <w:rsid w:val="00B47730"/>
    <w:rsid w:val="00BB712F"/>
    <w:rsid w:val="00C226B2"/>
    <w:rsid w:val="00CB0664"/>
    <w:rsid w:val="00E675A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099BB6"/>
  <w14:defaultImageDpi w14:val="300"/>
  <w15:docId w15:val="{D37028AA-A311-405B-A5FF-EC9BB70F7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20"/>
    </w:pPr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261</Words>
  <Characters>1199</Characters>
  <Application>Microsoft Office Word</Application>
  <DocSecurity>0</DocSecurity>
  <Lines>38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Michele Okamura</cp:lastModifiedBy>
  <cp:revision>12</cp:revision>
  <dcterms:created xsi:type="dcterms:W3CDTF">2026-08-10T21:06:00Z</dcterms:created>
  <dcterms:modified xsi:type="dcterms:W3CDTF">2026-08-10T22:47:00Z</dcterms:modified>
  <cp:category/>
</cp:coreProperties>
</file>