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7EE44" w14:textId="77777777" w:rsidR="004D4FD0" w:rsidRDefault="0065344C">
      <w:pPr>
        <w:spacing w:after="0"/>
        <w:jc w:val="center"/>
      </w:pPr>
      <w:r>
        <w:rPr>
          <w:b/>
          <w:color w:val="66C5E3"/>
          <w:sz w:val="34"/>
        </w:rPr>
        <w:t>RUNNIN' FOR RHETT</w:t>
      </w:r>
    </w:p>
    <w:p w14:paraId="62FC7680" w14:textId="3487C38B" w:rsidR="004D4FD0" w:rsidRDefault="0065344C">
      <w:pPr>
        <w:jc w:val="center"/>
      </w:pPr>
      <w:r>
        <w:rPr>
          <w:b/>
          <w:sz w:val="21"/>
        </w:rPr>
        <w:t xml:space="preserve">YOUTH FITNESS PROGRAM • </w:t>
      </w:r>
      <w:r w:rsidR="003F2276">
        <w:rPr>
          <w:b/>
          <w:sz w:val="21"/>
        </w:rPr>
        <w:t>| WEEK</w:t>
      </w:r>
      <w:r>
        <w:rPr>
          <w:b/>
          <w:sz w:val="21"/>
        </w:rPr>
        <w:t xml:space="preserve"> 2 • BUILD YOUR ENDURANCE</w:t>
      </w:r>
    </w:p>
    <w:tbl>
      <w:tblPr>
        <w:tblW w:w="0" w:type="auto"/>
        <w:jc w:val="center"/>
        <w:tblLook w:val="04A0" w:firstRow="1" w:lastRow="0" w:firstColumn="1" w:lastColumn="0" w:noHBand="0" w:noVBand="1"/>
      </w:tblPr>
      <w:tblGrid>
        <w:gridCol w:w="10800"/>
      </w:tblGrid>
      <w:tr w:rsidR="004D4FD0" w14:paraId="5ED5ABA9" w14:textId="77777777">
        <w:trPr>
          <w:jc w:val="center"/>
        </w:trPr>
        <w:tc>
          <w:tcPr>
            <w:tcW w:w="10800" w:type="dxa"/>
            <w:shd w:val="clear" w:color="auto" w:fill="F2C94C"/>
          </w:tcPr>
          <w:p w14:paraId="0A5AF780" w14:textId="77777777" w:rsidR="004D4FD0" w:rsidRDefault="0065344C">
            <w:pPr>
              <w:spacing w:after="0"/>
            </w:pPr>
            <w:r>
              <w:rPr>
                <w:b/>
              </w:rPr>
              <w:t>3 Activity Days • 2 Running Days • Running Goal: 20 Minutes   |   Keep it moving. Keep it fun. Everyone participates.</w:t>
            </w:r>
          </w:p>
        </w:tc>
      </w:tr>
    </w:tbl>
    <w:p w14:paraId="46275B25" w14:textId="77777777" w:rsidR="004D4FD0" w:rsidRPr="003F2276" w:rsidRDefault="0065344C">
      <w:pPr>
        <w:spacing w:before="80"/>
        <w:rPr>
          <w:u w:val="single"/>
        </w:rPr>
      </w:pPr>
      <w:r w:rsidRPr="003F2276">
        <w:rPr>
          <w:b/>
          <w:sz w:val="23"/>
          <w:u w:val="single"/>
        </w:rPr>
        <w:t>DAY 1 — DYNAMIC WARM-UP + RUN</w:t>
      </w:r>
    </w:p>
    <w:p w14:paraId="6EE071BB" w14:textId="77777777" w:rsidR="004D4FD0" w:rsidRPr="003F2276" w:rsidRDefault="0065344C">
      <w:pPr>
        <w:spacing w:after="0"/>
        <w:rPr>
          <w:sz w:val="22"/>
        </w:rPr>
      </w:pPr>
      <w:r w:rsidRPr="003F2276">
        <w:rPr>
          <w:b/>
          <w:sz w:val="22"/>
        </w:rPr>
        <w:t xml:space="preserve">Warm-Up (5-7 min): </w:t>
      </w:r>
      <w:r w:rsidRPr="003F2276">
        <w:rPr>
          <w:sz w:val="22"/>
        </w:rPr>
        <w:t>Easy jog • Toy soldiers • High knees • Butt kicks • Walking lunges • Skipping</w:t>
      </w:r>
    </w:p>
    <w:p w14:paraId="3378043A" w14:textId="77777777" w:rsidR="004D4FD0" w:rsidRPr="003F2276" w:rsidRDefault="0065344C">
      <w:pPr>
        <w:spacing w:after="0"/>
        <w:rPr>
          <w:sz w:val="22"/>
        </w:rPr>
      </w:pPr>
      <w:r w:rsidRPr="003F2276">
        <w:rPr>
          <w:b/>
          <w:sz w:val="22"/>
        </w:rPr>
        <w:t xml:space="preserve">RUN: 20 Minutes — </w:t>
      </w:r>
      <w:r w:rsidRPr="003F2276">
        <w:rPr>
          <w:sz w:val="22"/>
        </w:rPr>
        <w:t xml:space="preserve">Use a comfortable run/walk strategy if needed. Example: </w:t>
      </w:r>
      <w:proofErr w:type="gramStart"/>
      <w:r w:rsidRPr="003F2276">
        <w:rPr>
          <w:sz w:val="22"/>
        </w:rPr>
        <w:t>Run</w:t>
      </w:r>
      <w:proofErr w:type="gramEnd"/>
      <w:r w:rsidRPr="003F2276">
        <w:rPr>
          <w:sz w:val="22"/>
        </w:rPr>
        <w:t xml:space="preserve"> 4 minutes, </w:t>
      </w:r>
      <w:proofErr w:type="gramStart"/>
      <w:r w:rsidRPr="003F2276">
        <w:rPr>
          <w:sz w:val="22"/>
        </w:rPr>
        <w:t>walk</w:t>
      </w:r>
      <w:proofErr w:type="gramEnd"/>
      <w:r w:rsidRPr="003F2276">
        <w:rPr>
          <w:sz w:val="22"/>
        </w:rPr>
        <w:t xml:space="preserve"> 1 minute, and repeat.</w:t>
      </w:r>
    </w:p>
    <w:p w14:paraId="1E46F120" w14:textId="77777777" w:rsidR="004D4FD0" w:rsidRPr="003F2276" w:rsidRDefault="0065344C">
      <w:pPr>
        <w:rPr>
          <w:sz w:val="22"/>
        </w:rPr>
      </w:pPr>
      <w:r w:rsidRPr="003F2276">
        <w:rPr>
          <w:b/>
          <w:sz w:val="22"/>
        </w:rPr>
        <w:t xml:space="preserve">Cooldown: </w:t>
      </w:r>
      <w:r w:rsidRPr="003F2276">
        <w:rPr>
          <w:sz w:val="22"/>
        </w:rPr>
        <w:t>2-3 minutes easy walking.</w:t>
      </w:r>
    </w:p>
    <w:p w14:paraId="229D1A1D" w14:textId="77777777" w:rsidR="004D4FD0" w:rsidRPr="003F2276" w:rsidRDefault="0065344C">
      <w:pPr>
        <w:spacing w:before="80"/>
        <w:rPr>
          <w:u w:val="single"/>
        </w:rPr>
      </w:pPr>
      <w:r w:rsidRPr="003F2276">
        <w:rPr>
          <w:b/>
          <w:sz w:val="23"/>
          <w:u w:val="single"/>
        </w:rPr>
        <w:t>DAY 2 — RPS WARM-UP + RUN</w:t>
      </w:r>
    </w:p>
    <w:p w14:paraId="7FFF9AEE" w14:textId="77777777" w:rsidR="004D4FD0" w:rsidRPr="003F2276" w:rsidRDefault="0065344C">
      <w:pPr>
        <w:spacing w:after="0"/>
        <w:rPr>
          <w:sz w:val="23"/>
          <w:szCs w:val="23"/>
        </w:rPr>
      </w:pPr>
      <w:r w:rsidRPr="003F2276">
        <w:rPr>
          <w:b/>
          <w:sz w:val="23"/>
          <w:szCs w:val="23"/>
        </w:rPr>
        <w:t xml:space="preserve">Warm-Up: </w:t>
      </w:r>
      <w:r w:rsidRPr="003F2276">
        <w:rPr>
          <w:sz w:val="23"/>
          <w:szCs w:val="23"/>
        </w:rPr>
        <w:t>Rock, Paper, Scissors Warm-Up - 5-7 minutes</w:t>
      </w:r>
    </w:p>
    <w:p w14:paraId="0BE798D8" w14:textId="77777777" w:rsidR="004D4FD0" w:rsidRPr="003F2276" w:rsidRDefault="0065344C">
      <w:pPr>
        <w:spacing w:after="0"/>
        <w:rPr>
          <w:sz w:val="23"/>
          <w:szCs w:val="23"/>
        </w:rPr>
      </w:pPr>
      <w:hyperlink r:id="rId8">
        <w:r w:rsidRPr="003F2276">
          <w:rPr>
            <w:color w:val="0563C1"/>
            <w:sz w:val="23"/>
            <w:szCs w:val="23"/>
            <w:u w:val="single"/>
          </w:rPr>
          <w:t>RPS Warm-Up - Instructions &amp; Video</w:t>
        </w:r>
      </w:hyperlink>
    </w:p>
    <w:p w14:paraId="50C68072" w14:textId="77777777" w:rsidR="003F2276" w:rsidRDefault="0065344C">
      <w:pPr>
        <w:rPr>
          <w:sz w:val="23"/>
          <w:szCs w:val="23"/>
        </w:rPr>
      </w:pPr>
      <w:r w:rsidRPr="003F2276">
        <w:rPr>
          <w:b/>
          <w:bCs/>
          <w:sz w:val="23"/>
          <w:szCs w:val="23"/>
        </w:rPr>
        <w:t>Run for 20 minutes</w:t>
      </w:r>
      <w:r w:rsidRPr="003F2276">
        <w:rPr>
          <w:sz w:val="23"/>
          <w:szCs w:val="23"/>
        </w:rPr>
        <w:t xml:space="preserve"> at an easy, conversational pace. </w:t>
      </w:r>
    </w:p>
    <w:p w14:paraId="4EDF5E06" w14:textId="51246C7D" w:rsidR="004D4FD0" w:rsidRPr="003F2276" w:rsidRDefault="0065344C">
      <w:pPr>
        <w:rPr>
          <w:sz w:val="23"/>
          <w:szCs w:val="23"/>
        </w:rPr>
      </w:pPr>
      <w:r w:rsidRPr="003F2276">
        <w:rPr>
          <w:b/>
          <w:bCs/>
          <w:sz w:val="23"/>
          <w:szCs w:val="23"/>
        </w:rPr>
        <w:t>Cool down</w:t>
      </w:r>
      <w:r w:rsidR="003F2276">
        <w:rPr>
          <w:b/>
          <w:bCs/>
          <w:sz w:val="23"/>
          <w:szCs w:val="23"/>
        </w:rPr>
        <w:t>:</w:t>
      </w:r>
      <w:r w:rsidRPr="003F2276">
        <w:rPr>
          <w:sz w:val="23"/>
          <w:szCs w:val="23"/>
        </w:rPr>
        <w:t xml:space="preserve"> with a </w:t>
      </w:r>
      <w:r w:rsidR="003F2276" w:rsidRPr="003F2276">
        <w:rPr>
          <w:sz w:val="23"/>
          <w:szCs w:val="23"/>
        </w:rPr>
        <w:t>2–3-minute</w:t>
      </w:r>
      <w:r w:rsidRPr="003F2276">
        <w:rPr>
          <w:sz w:val="23"/>
          <w:szCs w:val="23"/>
        </w:rPr>
        <w:t xml:space="preserve"> walk.</w:t>
      </w:r>
    </w:p>
    <w:p w14:paraId="6A26F7ED" w14:textId="77777777" w:rsidR="004D4FD0" w:rsidRPr="003F2276" w:rsidRDefault="0065344C">
      <w:pPr>
        <w:spacing w:before="80"/>
        <w:rPr>
          <w:u w:val="single"/>
        </w:rPr>
      </w:pPr>
      <w:r w:rsidRPr="003F2276">
        <w:rPr>
          <w:b/>
          <w:sz w:val="23"/>
          <w:u w:val="single"/>
        </w:rPr>
        <w:t>DAY 3 — INFECTION TAG</w:t>
      </w:r>
    </w:p>
    <w:p w14:paraId="74022094" w14:textId="77777777" w:rsidR="004D4FD0" w:rsidRPr="003F2276" w:rsidRDefault="0065344C">
      <w:pPr>
        <w:spacing w:after="0"/>
        <w:rPr>
          <w:sz w:val="22"/>
        </w:rPr>
      </w:pPr>
      <w:r w:rsidRPr="003F2276">
        <w:rPr>
          <w:i/>
          <w:sz w:val="22"/>
        </w:rPr>
        <w:t>Focus: Agility • Speed • Cardio</w:t>
      </w:r>
    </w:p>
    <w:p w14:paraId="10A8B3AC" w14:textId="77777777" w:rsidR="004D4FD0" w:rsidRPr="003F2276" w:rsidRDefault="0065344C">
      <w:pPr>
        <w:pStyle w:val="ListBullet"/>
        <w:spacing w:after="0"/>
        <w:ind w:left="259" w:hanging="173"/>
        <w:rPr>
          <w:sz w:val="22"/>
        </w:rPr>
      </w:pPr>
      <w:r w:rsidRPr="003F2276">
        <w:rPr>
          <w:sz w:val="22"/>
        </w:rPr>
        <w:t>Choose an appropriate number of students to be IT (example: 5 for 25 students).</w:t>
      </w:r>
    </w:p>
    <w:p w14:paraId="33018229" w14:textId="77777777" w:rsidR="004D4FD0" w:rsidRPr="003F2276" w:rsidRDefault="0065344C">
      <w:pPr>
        <w:pStyle w:val="ListBullet"/>
        <w:spacing w:after="0"/>
        <w:ind w:left="259" w:hanging="173"/>
        <w:rPr>
          <w:sz w:val="22"/>
        </w:rPr>
      </w:pPr>
      <w:r w:rsidRPr="003F2276">
        <w:rPr>
          <w:sz w:val="22"/>
        </w:rPr>
        <w:t>When tagged, a student goes to Home Base, gets an object identifying them as infected, and joins the IT team.</w:t>
      </w:r>
    </w:p>
    <w:p w14:paraId="5BEB2CF8" w14:textId="77777777" w:rsidR="004D4FD0" w:rsidRPr="003F2276" w:rsidRDefault="0065344C">
      <w:pPr>
        <w:pStyle w:val="ListBullet"/>
        <w:spacing w:after="0"/>
        <w:ind w:left="259" w:hanging="173"/>
        <w:rPr>
          <w:sz w:val="22"/>
        </w:rPr>
      </w:pPr>
      <w:r w:rsidRPr="003F2276">
        <w:rPr>
          <w:sz w:val="22"/>
        </w:rPr>
        <w:t>Set a timer. If anyone remains untagged, they win. If everyone becomes infected, the infected team wins.</w:t>
      </w:r>
    </w:p>
    <w:p w14:paraId="68290A45" w14:textId="77777777" w:rsidR="004D4FD0" w:rsidRPr="003F2276" w:rsidRDefault="0065344C">
      <w:pPr>
        <w:pStyle w:val="ListBullet"/>
        <w:spacing w:after="0"/>
        <w:ind w:left="259" w:hanging="173"/>
        <w:rPr>
          <w:sz w:val="22"/>
        </w:rPr>
      </w:pPr>
      <w:r w:rsidRPr="003F2276">
        <w:rPr>
          <w:sz w:val="22"/>
        </w:rPr>
        <w:t>Use pool noodles, scarves, yarn balls, or pinnies to identify infected players.</w:t>
      </w:r>
    </w:p>
    <w:p w14:paraId="097BF3A7" w14:textId="77777777" w:rsidR="004D4FD0" w:rsidRDefault="0065344C">
      <w:pPr>
        <w:spacing w:after="0"/>
        <w:rPr>
          <w:sz w:val="22"/>
        </w:rPr>
      </w:pPr>
      <w:hyperlink r:id="rId9">
        <w:r w:rsidRPr="003F2276">
          <w:rPr>
            <w:color w:val="0563C1"/>
            <w:sz w:val="22"/>
            <w:u w:val="single"/>
          </w:rPr>
          <w:t>Watch Infection Tag Demonstration</w:t>
        </w:r>
      </w:hyperlink>
    </w:p>
    <w:p w14:paraId="534D128F" w14:textId="77777777" w:rsidR="003F2276" w:rsidRDefault="003F2276">
      <w:pPr>
        <w:spacing w:after="0"/>
      </w:pPr>
    </w:p>
    <w:tbl>
      <w:tblPr>
        <w:tblW w:w="0" w:type="auto"/>
        <w:jc w:val="center"/>
        <w:tblLook w:val="04A0" w:firstRow="1" w:lastRow="0" w:firstColumn="1" w:lastColumn="0" w:noHBand="0" w:noVBand="1"/>
      </w:tblPr>
      <w:tblGrid>
        <w:gridCol w:w="10800"/>
      </w:tblGrid>
      <w:tr w:rsidR="004D4FD0" w14:paraId="540D2F40" w14:textId="77777777">
        <w:trPr>
          <w:jc w:val="center"/>
        </w:trPr>
        <w:tc>
          <w:tcPr>
            <w:tcW w:w="10800" w:type="dxa"/>
            <w:shd w:val="clear" w:color="auto" w:fill="EAF7FB"/>
          </w:tcPr>
          <w:p w14:paraId="733F076F" w14:textId="77777777" w:rsidR="004D4FD0" w:rsidRDefault="0065344C">
            <w:pPr>
              <w:spacing w:after="0"/>
            </w:pPr>
            <w:r w:rsidRPr="003F2276">
              <w:rPr>
                <w:b/>
                <w:sz w:val="22"/>
              </w:rPr>
              <w:t>RAINY DAY — FITNESS BINGO</w:t>
            </w:r>
            <w:r w:rsidRPr="003F2276">
              <w:rPr>
                <w:b/>
                <w:sz w:val="23"/>
                <w:szCs w:val="23"/>
              </w:rPr>
              <w:t xml:space="preserve">: </w:t>
            </w:r>
            <w:r w:rsidRPr="003F2276">
              <w:rPr>
                <w:sz w:val="23"/>
                <w:szCs w:val="23"/>
              </w:rPr>
              <w:t>Students complete an activity before marking the square. Use activities such as high knees, squats, jumping jacks, lunges, running in place, plank, butt kicks, balance, fast feet, and invisible jump rope.</w:t>
            </w:r>
          </w:p>
        </w:tc>
      </w:tr>
    </w:tbl>
    <w:p w14:paraId="18DA82E5" w14:textId="4ECDD948" w:rsidR="004D4FD0" w:rsidRDefault="0065344C">
      <w:pPr>
        <w:spacing w:before="60" w:after="0"/>
      </w:pPr>
      <w:r>
        <w:t>.</w:t>
      </w:r>
    </w:p>
    <w:sectPr w:rsidR="004D4FD0" w:rsidSect="00034616">
      <w:footerReference w:type="default" r:id="rId10"/>
      <w:pgSz w:w="12240" w:h="15840"/>
      <w:pgMar w:top="504" w:right="720" w:bottom="50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F8021" w14:textId="77777777" w:rsidR="0065344C" w:rsidRDefault="0065344C">
      <w:pPr>
        <w:spacing w:after="0" w:line="240" w:lineRule="auto"/>
      </w:pPr>
      <w:r>
        <w:separator/>
      </w:r>
    </w:p>
  </w:endnote>
  <w:endnote w:type="continuationSeparator" w:id="0">
    <w:p w14:paraId="29F416FB" w14:textId="77777777" w:rsidR="0065344C" w:rsidRDefault="00653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0D5F" w14:textId="77777777" w:rsidR="004D4FD0" w:rsidRDefault="0065344C">
    <w:pPr>
      <w:pStyle w:val="Footer"/>
      <w:jc w:val="center"/>
    </w:pPr>
    <w:r>
      <w:rPr>
        <w:sz w:val="14"/>
      </w:rPr>
      <w:t>Runnin' for Rhett Youth Fitness Program • Week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073B6" w14:textId="77777777" w:rsidR="0065344C" w:rsidRDefault="0065344C">
      <w:pPr>
        <w:spacing w:after="0" w:line="240" w:lineRule="auto"/>
      </w:pPr>
      <w:r>
        <w:separator/>
      </w:r>
    </w:p>
  </w:footnote>
  <w:footnote w:type="continuationSeparator" w:id="0">
    <w:p w14:paraId="6756783A" w14:textId="77777777" w:rsidR="0065344C" w:rsidRDefault="006534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8783585">
    <w:abstractNumId w:val="8"/>
  </w:num>
  <w:num w:numId="2" w16cid:durableId="1501775439">
    <w:abstractNumId w:val="6"/>
  </w:num>
  <w:num w:numId="3" w16cid:durableId="4944497">
    <w:abstractNumId w:val="5"/>
  </w:num>
  <w:num w:numId="4" w16cid:durableId="618805161">
    <w:abstractNumId w:val="4"/>
  </w:num>
  <w:num w:numId="5" w16cid:durableId="1775586290">
    <w:abstractNumId w:val="7"/>
  </w:num>
  <w:num w:numId="6" w16cid:durableId="1143079412">
    <w:abstractNumId w:val="3"/>
  </w:num>
  <w:num w:numId="7" w16cid:durableId="1372805771">
    <w:abstractNumId w:val="2"/>
  </w:num>
  <w:num w:numId="8" w16cid:durableId="831605087">
    <w:abstractNumId w:val="1"/>
  </w:num>
  <w:num w:numId="9" w16cid:durableId="1452364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F2276"/>
    <w:rsid w:val="004D4FD0"/>
    <w:rsid w:val="0065344C"/>
    <w:rsid w:val="00AA1D8D"/>
    <w:rsid w:val="00B47730"/>
    <w:rsid w:val="00CB0664"/>
    <w:rsid w:val="00CF72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FB5609"/>
  <w14:defaultImageDpi w14:val="300"/>
  <w15:docId w15:val="{1CC43827-F335-45CB-B498-62494EAF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
    </w:pPr>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ysedgames.com/rps-warm-u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youtube.com/watch?v=HktopQ1x1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Michele Okamura</cp:lastModifiedBy>
  <cp:revision>2</cp:revision>
  <dcterms:created xsi:type="dcterms:W3CDTF">2026-08-10T21:19:00Z</dcterms:created>
  <dcterms:modified xsi:type="dcterms:W3CDTF">2026-08-10T21:19:00Z</dcterms:modified>
  <cp:category/>
</cp:coreProperties>
</file>