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FE4C7" w14:textId="77777777" w:rsidR="000B2B63" w:rsidRDefault="00D0051E">
      <w:pPr>
        <w:spacing w:after="0"/>
        <w:jc w:val="center"/>
      </w:pPr>
      <w:r>
        <w:rPr>
          <w:b/>
          <w:color w:val="66C5E3"/>
          <w:sz w:val="34"/>
        </w:rPr>
        <w:t>RUNNIN' FOR RHETT</w:t>
      </w:r>
    </w:p>
    <w:p w14:paraId="2538945D" w14:textId="29B8F0A5" w:rsidR="000B2B63" w:rsidRDefault="00D0051E">
      <w:pPr>
        <w:jc w:val="center"/>
      </w:pPr>
      <w:r>
        <w:rPr>
          <w:b/>
          <w:sz w:val="21"/>
        </w:rPr>
        <w:t xml:space="preserve">YOUTH FITNESS PROGRAM • </w:t>
      </w:r>
      <w:proofErr w:type="gramStart"/>
      <w:r>
        <w:rPr>
          <w:b/>
          <w:sz w:val="21"/>
        </w:rPr>
        <w:t>|  WEEK</w:t>
      </w:r>
      <w:proofErr w:type="gramEnd"/>
      <w:r>
        <w:rPr>
          <w:b/>
          <w:sz w:val="21"/>
        </w:rPr>
        <w:t xml:space="preserve"> 3 • KEEP IT FUN!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0B2B63" w14:paraId="576BF00C" w14:textId="77777777">
        <w:trPr>
          <w:jc w:val="center"/>
        </w:trPr>
        <w:tc>
          <w:tcPr>
            <w:tcW w:w="10800" w:type="dxa"/>
            <w:shd w:val="clear" w:color="auto" w:fill="F2C94C"/>
          </w:tcPr>
          <w:p w14:paraId="06A0871C" w14:textId="77777777" w:rsidR="000B2B63" w:rsidRDefault="00D0051E">
            <w:pPr>
              <w:spacing w:after="0"/>
            </w:pPr>
            <w:r>
              <w:rPr>
                <w:b/>
              </w:rPr>
              <w:t>3 Activity Days • 2 Running Days • Running Goal: 20 Minutes   |   Keep it moving. Keep it fun. Everyone participates.</w:t>
            </w:r>
          </w:p>
        </w:tc>
      </w:tr>
    </w:tbl>
    <w:p w14:paraId="62E4E302" w14:textId="77777777" w:rsidR="000B2B63" w:rsidRDefault="00D0051E">
      <w:pPr>
        <w:spacing w:before="80"/>
        <w:rPr>
          <w:b/>
          <w:sz w:val="23"/>
          <w:u w:val="single"/>
        </w:rPr>
      </w:pPr>
      <w:r w:rsidRPr="008450EF">
        <w:rPr>
          <w:b/>
          <w:sz w:val="23"/>
          <w:u w:val="single"/>
        </w:rPr>
        <w:t>DAY 1 — DYNAMIC WARM-UP + RUN</w:t>
      </w:r>
    </w:p>
    <w:p w14:paraId="01031EF0" w14:textId="77777777" w:rsidR="008621A9" w:rsidRPr="008450EF" w:rsidRDefault="008621A9">
      <w:pPr>
        <w:spacing w:before="80"/>
        <w:rPr>
          <w:u w:val="single"/>
        </w:rPr>
      </w:pPr>
    </w:p>
    <w:p w14:paraId="01E5BE17" w14:textId="77777777" w:rsidR="000B2B63" w:rsidRDefault="00D0051E">
      <w:pPr>
        <w:spacing w:after="0"/>
        <w:rPr>
          <w:sz w:val="23"/>
          <w:szCs w:val="23"/>
        </w:rPr>
      </w:pPr>
      <w:r w:rsidRPr="008450EF">
        <w:rPr>
          <w:b/>
          <w:sz w:val="23"/>
          <w:szCs w:val="23"/>
        </w:rPr>
        <w:t xml:space="preserve">Warm-Up (5-7 min): </w:t>
      </w:r>
      <w:r w:rsidRPr="008450EF">
        <w:rPr>
          <w:sz w:val="23"/>
          <w:szCs w:val="23"/>
        </w:rPr>
        <w:t>Easy jog • Fast feet • Side shuffles • High knees • Butt kicks • Power skips</w:t>
      </w:r>
    </w:p>
    <w:p w14:paraId="2D4456FB" w14:textId="77777777" w:rsidR="008621A9" w:rsidRPr="008450EF" w:rsidRDefault="008621A9">
      <w:pPr>
        <w:spacing w:after="0"/>
        <w:rPr>
          <w:sz w:val="23"/>
          <w:szCs w:val="23"/>
        </w:rPr>
      </w:pPr>
    </w:p>
    <w:p w14:paraId="65BA1D38" w14:textId="77777777" w:rsidR="000B2B63" w:rsidRDefault="00D0051E">
      <w:pPr>
        <w:spacing w:after="0"/>
        <w:rPr>
          <w:sz w:val="23"/>
          <w:szCs w:val="23"/>
        </w:rPr>
      </w:pPr>
      <w:r w:rsidRPr="008450EF">
        <w:rPr>
          <w:b/>
          <w:sz w:val="23"/>
          <w:szCs w:val="23"/>
        </w:rPr>
        <w:t xml:space="preserve">RUN: 20 Minutes — </w:t>
      </w:r>
      <w:r w:rsidRPr="008450EF">
        <w:rPr>
          <w:sz w:val="23"/>
          <w:szCs w:val="23"/>
        </w:rPr>
        <w:t>Add variety: 5 minutes easy, 5 minutes moderate, 5 minutes easy, 5 minutes moderate. Moderate means picking up the pace, not sprinting.</w:t>
      </w:r>
    </w:p>
    <w:p w14:paraId="1D6FAFB0" w14:textId="77777777" w:rsidR="008621A9" w:rsidRPr="008450EF" w:rsidRDefault="008621A9">
      <w:pPr>
        <w:spacing w:after="0"/>
        <w:rPr>
          <w:sz w:val="23"/>
          <w:szCs w:val="23"/>
        </w:rPr>
      </w:pPr>
    </w:p>
    <w:p w14:paraId="2FFFD546" w14:textId="77777777" w:rsidR="000B2B63" w:rsidRPr="008450EF" w:rsidRDefault="00D0051E">
      <w:pPr>
        <w:rPr>
          <w:sz w:val="23"/>
          <w:szCs w:val="23"/>
        </w:rPr>
      </w:pPr>
      <w:r w:rsidRPr="008450EF">
        <w:rPr>
          <w:b/>
          <w:sz w:val="23"/>
          <w:szCs w:val="23"/>
        </w:rPr>
        <w:t xml:space="preserve">Cooldown: </w:t>
      </w:r>
      <w:r w:rsidRPr="008450EF">
        <w:rPr>
          <w:sz w:val="23"/>
          <w:szCs w:val="23"/>
        </w:rPr>
        <w:t>2-3 minutes easy walking.</w:t>
      </w:r>
    </w:p>
    <w:p w14:paraId="04A5A671" w14:textId="77777777" w:rsidR="000B2B63" w:rsidRDefault="00D0051E">
      <w:pPr>
        <w:spacing w:before="80"/>
        <w:rPr>
          <w:b/>
          <w:sz w:val="23"/>
          <w:u w:val="single"/>
        </w:rPr>
      </w:pPr>
      <w:r w:rsidRPr="008450EF">
        <w:rPr>
          <w:b/>
          <w:sz w:val="23"/>
          <w:u w:val="single"/>
        </w:rPr>
        <w:t>DAY 2 — COACH SAYS + RUN</w:t>
      </w:r>
    </w:p>
    <w:p w14:paraId="6A179EBE" w14:textId="77777777" w:rsidR="008621A9" w:rsidRPr="008450EF" w:rsidRDefault="008621A9">
      <w:pPr>
        <w:spacing w:before="80"/>
        <w:rPr>
          <w:u w:val="single"/>
        </w:rPr>
      </w:pPr>
    </w:p>
    <w:p w14:paraId="1388F574" w14:textId="083D0C6E" w:rsidR="008450EF" w:rsidRDefault="00D0051E">
      <w:pPr>
        <w:spacing w:after="0"/>
        <w:rPr>
          <w:sz w:val="22"/>
        </w:rPr>
      </w:pPr>
      <w:r w:rsidRPr="008450EF">
        <w:rPr>
          <w:b/>
          <w:sz w:val="22"/>
        </w:rPr>
        <w:t xml:space="preserve">Warm-Up: </w:t>
      </w:r>
      <w:r w:rsidRPr="008450EF">
        <w:rPr>
          <w:sz w:val="22"/>
        </w:rPr>
        <w:t xml:space="preserve">Coach Says - 5 minutes • Use high knees, side </w:t>
      </w:r>
      <w:r w:rsidR="008450EF" w:rsidRPr="008450EF">
        <w:rPr>
          <w:sz w:val="22"/>
        </w:rPr>
        <w:t>shuffles</w:t>
      </w:r>
      <w:r w:rsidRPr="008450EF">
        <w:rPr>
          <w:sz w:val="22"/>
        </w:rPr>
        <w:t xml:space="preserve">, fast feet, butt kicks, skipping, and FREEZE.  </w:t>
      </w:r>
    </w:p>
    <w:p w14:paraId="61EEDF84" w14:textId="7221BE28" w:rsidR="000B2B63" w:rsidRDefault="00D0051E">
      <w:pPr>
        <w:spacing w:after="0"/>
        <w:rPr>
          <w:sz w:val="22"/>
        </w:rPr>
      </w:pPr>
      <w:r w:rsidRPr="008450EF">
        <w:rPr>
          <w:sz w:val="22"/>
        </w:rPr>
        <w:t>Nobody gets eliminated.</w:t>
      </w:r>
    </w:p>
    <w:p w14:paraId="3CBE233B" w14:textId="77777777" w:rsidR="008621A9" w:rsidRPr="008450EF" w:rsidRDefault="008621A9">
      <w:pPr>
        <w:spacing w:after="0"/>
        <w:rPr>
          <w:sz w:val="22"/>
        </w:rPr>
      </w:pPr>
    </w:p>
    <w:p w14:paraId="2401BA13" w14:textId="77777777" w:rsidR="000B2B63" w:rsidRDefault="00D0051E">
      <w:r w:rsidRPr="008450EF">
        <w:rPr>
          <w:b/>
          <w:bCs/>
          <w:sz w:val="23"/>
          <w:szCs w:val="23"/>
        </w:rPr>
        <w:t>Run for 20 minutes</w:t>
      </w:r>
      <w:r w:rsidRPr="008450EF">
        <w:rPr>
          <w:sz w:val="22"/>
        </w:rPr>
        <w:t xml:space="preserve"> at a comfortable pace</w:t>
      </w:r>
      <w:r>
        <w:t>.</w:t>
      </w:r>
    </w:p>
    <w:p w14:paraId="714C2CB0" w14:textId="77777777" w:rsidR="000B2B63" w:rsidRDefault="00D0051E">
      <w:pPr>
        <w:spacing w:before="80"/>
        <w:rPr>
          <w:b/>
          <w:sz w:val="23"/>
          <w:u w:val="single"/>
        </w:rPr>
      </w:pPr>
      <w:r w:rsidRPr="008450EF">
        <w:rPr>
          <w:b/>
          <w:sz w:val="23"/>
          <w:u w:val="single"/>
        </w:rPr>
        <w:t>DAY 3 — TABATA WORKOUT</w:t>
      </w:r>
    </w:p>
    <w:p w14:paraId="55627980" w14:textId="77777777" w:rsidR="008621A9" w:rsidRPr="008450EF" w:rsidRDefault="008621A9">
      <w:pPr>
        <w:spacing w:before="80"/>
        <w:rPr>
          <w:u w:val="single"/>
        </w:rPr>
      </w:pPr>
    </w:p>
    <w:p w14:paraId="125B4836" w14:textId="77777777" w:rsidR="000B2B63" w:rsidRPr="008450EF" w:rsidRDefault="00D0051E">
      <w:pPr>
        <w:spacing w:after="0"/>
        <w:rPr>
          <w:sz w:val="23"/>
          <w:szCs w:val="23"/>
        </w:rPr>
      </w:pPr>
      <w:r w:rsidRPr="008450EF">
        <w:rPr>
          <w:i/>
          <w:sz w:val="23"/>
          <w:szCs w:val="23"/>
        </w:rPr>
        <w:t>Focus: Cardiovascular Fitness • Strength • Endurance</w:t>
      </w:r>
    </w:p>
    <w:p w14:paraId="52EE053A" w14:textId="45653332" w:rsidR="000B2B63" w:rsidRPr="008450EF" w:rsidRDefault="00D0051E">
      <w:pPr>
        <w:pStyle w:val="ListBullet"/>
        <w:spacing w:after="0"/>
        <w:ind w:left="259" w:hanging="173"/>
        <w:rPr>
          <w:sz w:val="23"/>
          <w:szCs w:val="23"/>
        </w:rPr>
      </w:pPr>
      <w:r w:rsidRPr="008450EF">
        <w:rPr>
          <w:sz w:val="23"/>
          <w:szCs w:val="23"/>
        </w:rPr>
        <w:t>Complete the Runnin' for Rhett Tabata Workout.</w:t>
      </w:r>
      <w:r w:rsidR="002756A1">
        <w:rPr>
          <w:sz w:val="23"/>
          <w:szCs w:val="23"/>
        </w:rPr>
        <w:t xml:space="preserve"> Video Here</w:t>
      </w:r>
    </w:p>
    <w:p w14:paraId="104B5219" w14:textId="77777777" w:rsidR="000B2B63" w:rsidRPr="008450EF" w:rsidRDefault="00D0051E">
      <w:pPr>
        <w:pStyle w:val="ListBullet"/>
        <w:spacing w:after="0"/>
        <w:ind w:left="259" w:hanging="173"/>
        <w:rPr>
          <w:sz w:val="23"/>
          <w:szCs w:val="23"/>
        </w:rPr>
      </w:pPr>
      <w:r w:rsidRPr="008450EF">
        <w:rPr>
          <w:sz w:val="23"/>
          <w:szCs w:val="23"/>
        </w:rPr>
        <w:t>Follow along with the Tabata workout provided in the Coach Resources section of the website.</w:t>
      </w:r>
    </w:p>
    <w:p w14:paraId="34993C42" w14:textId="77777777" w:rsidR="000B2B63" w:rsidRDefault="00D0051E">
      <w:pPr>
        <w:pStyle w:val="ListBullet"/>
        <w:spacing w:after="0"/>
        <w:ind w:left="259" w:hanging="173"/>
        <w:rPr>
          <w:sz w:val="23"/>
          <w:szCs w:val="23"/>
        </w:rPr>
      </w:pPr>
      <w:r w:rsidRPr="008450EF">
        <w:rPr>
          <w:sz w:val="23"/>
          <w:szCs w:val="23"/>
        </w:rPr>
        <w:t>Coach Tip: Encourage students to work at their own ability level. Focus on good form and participation rather than keeping up with others.</w:t>
      </w:r>
    </w:p>
    <w:p w14:paraId="3ECE9F08" w14:textId="77777777" w:rsidR="008621A9" w:rsidRPr="008450EF" w:rsidRDefault="008621A9" w:rsidP="008621A9">
      <w:pPr>
        <w:pStyle w:val="ListBullet"/>
        <w:numPr>
          <w:ilvl w:val="0"/>
          <w:numId w:val="0"/>
        </w:numPr>
        <w:spacing w:after="0"/>
        <w:ind w:left="259"/>
        <w:rPr>
          <w:sz w:val="23"/>
          <w:szCs w:val="23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0B2B63" w14:paraId="04720498" w14:textId="77777777">
        <w:trPr>
          <w:jc w:val="center"/>
        </w:trPr>
        <w:tc>
          <w:tcPr>
            <w:tcW w:w="10800" w:type="dxa"/>
            <w:shd w:val="clear" w:color="auto" w:fill="EAF7FB"/>
          </w:tcPr>
          <w:p w14:paraId="75A98C23" w14:textId="04B9811D" w:rsidR="000B2B63" w:rsidRPr="008450EF" w:rsidRDefault="00D0051E">
            <w:pPr>
              <w:spacing w:after="0"/>
              <w:rPr>
                <w:sz w:val="23"/>
                <w:szCs w:val="23"/>
              </w:rPr>
            </w:pPr>
            <w:r w:rsidRPr="008450EF">
              <w:rPr>
                <w:b/>
                <w:sz w:val="23"/>
                <w:szCs w:val="23"/>
              </w:rPr>
              <w:t xml:space="preserve">RAINY DAY — DECK OF FITNESS: </w:t>
            </w:r>
            <w:r w:rsidRPr="008450EF">
              <w:rPr>
                <w:sz w:val="23"/>
                <w:szCs w:val="23"/>
              </w:rPr>
              <w:t xml:space="preserve">Repeat Deck of </w:t>
            </w:r>
            <w:r w:rsidR="008450EF" w:rsidRPr="008450EF">
              <w:rPr>
                <w:sz w:val="23"/>
                <w:szCs w:val="23"/>
              </w:rPr>
              <w:t>Fitness but</w:t>
            </w:r>
            <w:r w:rsidRPr="008450EF">
              <w:rPr>
                <w:sz w:val="23"/>
                <w:szCs w:val="23"/>
              </w:rPr>
              <w:t xml:space="preserve"> let students help choose the exercise assigned to each suit. Keep movements appropriate for the available indoor space.</w:t>
            </w:r>
          </w:p>
        </w:tc>
      </w:tr>
    </w:tbl>
    <w:p w14:paraId="2526E1A9" w14:textId="29128EA9" w:rsidR="000B2B63" w:rsidRDefault="000B2B63" w:rsidP="008450EF">
      <w:pPr>
        <w:spacing w:before="60" w:after="0"/>
      </w:pPr>
    </w:p>
    <w:sectPr w:rsidR="000B2B63" w:rsidSect="00034616">
      <w:footerReference w:type="default" r:id="rId8"/>
      <w:pgSz w:w="12240" w:h="15840"/>
      <w:pgMar w:top="504" w:right="720" w:bottom="50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7299F" w14:textId="77777777" w:rsidR="00104B33" w:rsidRDefault="00104B33">
      <w:pPr>
        <w:spacing w:after="0" w:line="240" w:lineRule="auto"/>
      </w:pPr>
      <w:r>
        <w:separator/>
      </w:r>
    </w:p>
  </w:endnote>
  <w:endnote w:type="continuationSeparator" w:id="0">
    <w:p w14:paraId="3D8B82DF" w14:textId="77777777" w:rsidR="00104B33" w:rsidRDefault="00104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7A8C6" w14:textId="77777777" w:rsidR="000B2B63" w:rsidRDefault="00D0051E">
    <w:pPr>
      <w:pStyle w:val="Footer"/>
      <w:jc w:val="center"/>
    </w:pPr>
    <w:r>
      <w:rPr>
        <w:sz w:val="14"/>
      </w:rPr>
      <w:t>Runnin' for Rhett Youth Fitness Program • Week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10238" w14:textId="77777777" w:rsidR="00104B33" w:rsidRDefault="00104B33">
      <w:pPr>
        <w:spacing w:after="0" w:line="240" w:lineRule="auto"/>
      </w:pPr>
      <w:r>
        <w:separator/>
      </w:r>
    </w:p>
  </w:footnote>
  <w:footnote w:type="continuationSeparator" w:id="0">
    <w:p w14:paraId="29E27535" w14:textId="77777777" w:rsidR="00104B33" w:rsidRDefault="00104B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0318858">
    <w:abstractNumId w:val="8"/>
  </w:num>
  <w:num w:numId="2" w16cid:durableId="1939481743">
    <w:abstractNumId w:val="6"/>
  </w:num>
  <w:num w:numId="3" w16cid:durableId="916477847">
    <w:abstractNumId w:val="5"/>
  </w:num>
  <w:num w:numId="4" w16cid:durableId="1423843810">
    <w:abstractNumId w:val="4"/>
  </w:num>
  <w:num w:numId="5" w16cid:durableId="1961374682">
    <w:abstractNumId w:val="7"/>
  </w:num>
  <w:num w:numId="6" w16cid:durableId="994802074">
    <w:abstractNumId w:val="3"/>
  </w:num>
  <w:num w:numId="7" w16cid:durableId="1573157333">
    <w:abstractNumId w:val="2"/>
  </w:num>
  <w:num w:numId="8" w16cid:durableId="1023747962">
    <w:abstractNumId w:val="1"/>
  </w:num>
  <w:num w:numId="9" w16cid:durableId="1190029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2B63"/>
    <w:rsid w:val="00104B33"/>
    <w:rsid w:val="00142AAD"/>
    <w:rsid w:val="0015074B"/>
    <w:rsid w:val="001828B5"/>
    <w:rsid w:val="002756A1"/>
    <w:rsid w:val="0029639D"/>
    <w:rsid w:val="00326F90"/>
    <w:rsid w:val="008450EF"/>
    <w:rsid w:val="008621A9"/>
    <w:rsid w:val="00AA1D8D"/>
    <w:rsid w:val="00B47730"/>
    <w:rsid w:val="00BC25E7"/>
    <w:rsid w:val="00CB0664"/>
    <w:rsid w:val="00D005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E7A478"/>
  <w14:defaultImageDpi w14:val="300"/>
  <w15:docId w15:val="{AC5638DB-B673-475D-A8EF-8F9EADDDD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1051</Characters>
  <Application>Microsoft Office Word</Application>
  <DocSecurity>0</DocSecurity>
  <Lines>29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Michele Okamura</cp:lastModifiedBy>
  <cp:revision>4</cp:revision>
  <dcterms:created xsi:type="dcterms:W3CDTF">2026-08-10T22:38:00Z</dcterms:created>
  <dcterms:modified xsi:type="dcterms:W3CDTF">2026-08-10T22:48:00Z</dcterms:modified>
  <cp:category/>
</cp:coreProperties>
</file>