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0EF18" w14:textId="77777777" w:rsidR="00846CA7" w:rsidRDefault="00000000">
      <w:pPr>
        <w:spacing w:after="0"/>
        <w:jc w:val="center"/>
      </w:pPr>
      <w:r>
        <w:rPr>
          <w:b/>
          <w:color w:val="66C5E3"/>
          <w:sz w:val="34"/>
        </w:rPr>
        <w:t>RUNNIN' FOR RHETT</w:t>
      </w:r>
    </w:p>
    <w:p w14:paraId="7991214A" w14:textId="193AB707" w:rsidR="00846CA7" w:rsidRDefault="00000000">
      <w:pPr>
        <w:jc w:val="center"/>
      </w:pPr>
      <w:r>
        <w:rPr>
          <w:b/>
          <w:sz w:val="21"/>
        </w:rPr>
        <w:t xml:space="preserve">YOUTH FITNESS PROGRAM • </w:t>
      </w:r>
      <w:r w:rsidR="00C84676">
        <w:rPr>
          <w:b/>
          <w:sz w:val="21"/>
        </w:rPr>
        <w:t>| WEEK</w:t>
      </w:r>
      <w:r>
        <w:rPr>
          <w:b/>
          <w:sz w:val="21"/>
        </w:rPr>
        <w:t xml:space="preserve"> 4 • GO A LITTLE LONGER!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846CA7" w14:paraId="3CCF8A38" w14:textId="77777777">
        <w:trPr>
          <w:jc w:val="center"/>
        </w:trPr>
        <w:tc>
          <w:tcPr>
            <w:tcW w:w="10800" w:type="dxa"/>
            <w:shd w:val="clear" w:color="auto" w:fill="F2C94C"/>
          </w:tcPr>
          <w:p w14:paraId="4FB70F37" w14:textId="77777777" w:rsidR="00846CA7" w:rsidRDefault="00000000">
            <w:pPr>
              <w:spacing w:after="0"/>
            </w:pPr>
            <w:r>
              <w:rPr>
                <w:b/>
              </w:rPr>
              <w:t>3 Activity Days • 2 Running Days • Running Goal: 25 Minutes   |   Keep it moving. Keep it fun. Everyone participates.</w:t>
            </w:r>
          </w:p>
        </w:tc>
      </w:tr>
    </w:tbl>
    <w:p w14:paraId="00F66D00" w14:textId="77777777" w:rsidR="00846CA7" w:rsidRPr="00C84676" w:rsidRDefault="00000000">
      <w:pPr>
        <w:spacing w:before="80"/>
        <w:rPr>
          <w:u w:val="single"/>
        </w:rPr>
      </w:pPr>
      <w:r w:rsidRPr="00C84676">
        <w:rPr>
          <w:b/>
          <w:sz w:val="23"/>
          <w:u w:val="single"/>
        </w:rPr>
        <w:t>DAY 1 — DYNAMIC WARM-UP + RUN</w:t>
      </w:r>
    </w:p>
    <w:p w14:paraId="08C046A3" w14:textId="77777777" w:rsidR="00846CA7" w:rsidRPr="00BF5E52" w:rsidRDefault="00000000">
      <w:pPr>
        <w:spacing w:after="0"/>
        <w:rPr>
          <w:sz w:val="21"/>
          <w:szCs w:val="21"/>
        </w:rPr>
      </w:pPr>
      <w:r w:rsidRPr="00C84676">
        <w:rPr>
          <w:b/>
          <w:sz w:val="21"/>
          <w:szCs w:val="21"/>
        </w:rPr>
        <w:t>Warm-Up (5-7 min):</w:t>
      </w:r>
      <w:r>
        <w:rPr>
          <w:b/>
        </w:rPr>
        <w:t xml:space="preserve"> </w:t>
      </w:r>
      <w:r w:rsidRPr="00BF5E52">
        <w:rPr>
          <w:sz w:val="21"/>
          <w:szCs w:val="21"/>
        </w:rPr>
        <w:t>Easy jog • High knees • Butt kicks • Toy soldiers • Walking lunges • Side shuffle • Power skips</w:t>
      </w:r>
    </w:p>
    <w:p w14:paraId="53628014" w14:textId="77777777" w:rsidR="00846CA7" w:rsidRPr="00BF5E52" w:rsidRDefault="00000000">
      <w:pPr>
        <w:spacing w:after="0"/>
        <w:rPr>
          <w:sz w:val="21"/>
          <w:szCs w:val="21"/>
        </w:rPr>
      </w:pPr>
      <w:r w:rsidRPr="00C84676">
        <w:rPr>
          <w:b/>
          <w:sz w:val="21"/>
          <w:szCs w:val="21"/>
        </w:rPr>
        <w:t>RUN: 25 Minutes</w:t>
      </w:r>
      <w:r>
        <w:rPr>
          <w:b/>
        </w:rPr>
        <w:t xml:space="preserve"> — </w:t>
      </w:r>
      <w:r w:rsidRPr="00BF5E52">
        <w:rPr>
          <w:sz w:val="21"/>
          <w:szCs w:val="21"/>
        </w:rPr>
        <w:t>This is the longest running week. Encourage students to start slowly. Walking breaks are okay; the goal is to keep moving for the full 25 minutes.</w:t>
      </w:r>
    </w:p>
    <w:p w14:paraId="04D872B2" w14:textId="77777777" w:rsidR="00846CA7" w:rsidRPr="00BF5E52" w:rsidRDefault="00000000">
      <w:pPr>
        <w:rPr>
          <w:sz w:val="21"/>
          <w:szCs w:val="21"/>
        </w:rPr>
      </w:pPr>
      <w:r w:rsidRPr="00C84676">
        <w:rPr>
          <w:b/>
          <w:sz w:val="21"/>
          <w:szCs w:val="21"/>
        </w:rPr>
        <w:t>Cooldown:</w:t>
      </w:r>
      <w:r>
        <w:rPr>
          <w:b/>
        </w:rPr>
        <w:t xml:space="preserve"> </w:t>
      </w:r>
      <w:r w:rsidRPr="00BF5E52">
        <w:rPr>
          <w:sz w:val="21"/>
          <w:szCs w:val="21"/>
        </w:rPr>
        <w:t>2-3 minutes easy walking.</w:t>
      </w:r>
    </w:p>
    <w:p w14:paraId="7EB4D65A" w14:textId="77777777" w:rsidR="00846CA7" w:rsidRPr="009420BC" w:rsidRDefault="00000000">
      <w:pPr>
        <w:spacing w:before="80"/>
        <w:rPr>
          <w:u w:val="single"/>
        </w:rPr>
      </w:pPr>
      <w:r w:rsidRPr="009420BC">
        <w:rPr>
          <w:b/>
          <w:sz w:val="23"/>
          <w:u w:val="single"/>
        </w:rPr>
        <w:t>DAY 2 — FOLLOW THE LEADER + RUN</w:t>
      </w:r>
    </w:p>
    <w:p w14:paraId="7A9023AB" w14:textId="77777777" w:rsidR="00846CA7" w:rsidRPr="005F1144" w:rsidRDefault="00000000">
      <w:pPr>
        <w:spacing w:after="0"/>
        <w:rPr>
          <w:sz w:val="21"/>
          <w:szCs w:val="21"/>
        </w:rPr>
      </w:pPr>
      <w:r w:rsidRPr="005F1144">
        <w:rPr>
          <w:b/>
          <w:sz w:val="21"/>
          <w:szCs w:val="21"/>
        </w:rPr>
        <w:t xml:space="preserve">Warm-Up: </w:t>
      </w:r>
      <w:r w:rsidRPr="005F1144">
        <w:rPr>
          <w:sz w:val="21"/>
          <w:szCs w:val="21"/>
        </w:rPr>
        <w:t xml:space="preserve">Divide students into small groups. • Leader </w:t>
      </w:r>
      <w:proofErr w:type="gramStart"/>
      <w:r w:rsidRPr="005F1144">
        <w:rPr>
          <w:sz w:val="21"/>
          <w:szCs w:val="21"/>
        </w:rPr>
        <w:t>chooses:</w:t>
      </w:r>
      <w:proofErr w:type="gramEnd"/>
      <w:r w:rsidRPr="005F1144">
        <w:rPr>
          <w:sz w:val="21"/>
          <w:szCs w:val="21"/>
        </w:rPr>
        <w:t xml:space="preserve"> jog, skip, side shuffle, high knees, or power walk. • Change leaders every 30-45 seconds.</w:t>
      </w:r>
    </w:p>
    <w:p w14:paraId="06B54365" w14:textId="77777777" w:rsidR="00846CA7" w:rsidRPr="005F1144" w:rsidRDefault="00000000">
      <w:pPr>
        <w:rPr>
          <w:sz w:val="19"/>
          <w:szCs w:val="19"/>
        </w:rPr>
      </w:pPr>
      <w:r w:rsidRPr="005F1144">
        <w:rPr>
          <w:b/>
          <w:bCs/>
          <w:sz w:val="23"/>
          <w:szCs w:val="23"/>
        </w:rPr>
        <w:t>Run for 25 minutes</w:t>
      </w:r>
      <w:r>
        <w:t xml:space="preserve">. </w:t>
      </w:r>
      <w:r w:rsidRPr="005F1144">
        <w:rPr>
          <w:sz w:val="19"/>
          <w:szCs w:val="19"/>
        </w:rPr>
        <w:t>Option: 10 min run, 1 min walk, 10 min run, then finish easy.</w:t>
      </w:r>
    </w:p>
    <w:p w14:paraId="72E73F4C" w14:textId="77777777" w:rsidR="00846CA7" w:rsidRPr="005F1144" w:rsidRDefault="00000000">
      <w:pPr>
        <w:spacing w:before="80"/>
        <w:rPr>
          <w:u w:val="single"/>
        </w:rPr>
      </w:pPr>
      <w:r w:rsidRPr="005F1144">
        <w:rPr>
          <w:b/>
          <w:sz w:val="23"/>
          <w:u w:val="single"/>
        </w:rPr>
        <w:t>DAY 3 — SPEEDWAY</w:t>
      </w:r>
    </w:p>
    <w:p w14:paraId="2C743CFF" w14:textId="77777777" w:rsidR="00846CA7" w:rsidRPr="005F1144" w:rsidRDefault="00000000">
      <w:pPr>
        <w:spacing w:after="0"/>
        <w:rPr>
          <w:sz w:val="21"/>
          <w:szCs w:val="21"/>
        </w:rPr>
      </w:pPr>
      <w:r w:rsidRPr="005F1144">
        <w:rPr>
          <w:i/>
          <w:sz w:val="21"/>
          <w:szCs w:val="21"/>
        </w:rPr>
        <w:t>Focus: Sprinting • Speed • Teamwork</w:t>
      </w:r>
    </w:p>
    <w:p w14:paraId="0254DC2E" w14:textId="77777777" w:rsidR="00846CA7" w:rsidRPr="005F1144" w:rsidRDefault="00000000">
      <w:pPr>
        <w:pStyle w:val="ListBullet"/>
        <w:spacing w:after="0"/>
        <w:ind w:left="259" w:hanging="173"/>
        <w:rPr>
          <w:sz w:val="21"/>
          <w:szCs w:val="21"/>
        </w:rPr>
      </w:pPr>
      <w:r w:rsidRPr="005F1144">
        <w:rPr>
          <w:sz w:val="21"/>
          <w:szCs w:val="21"/>
        </w:rPr>
        <w:t>Create a small track with cones. Students form teams of approximately 3.</w:t>
      </w:r>
    </w:p>
    <w:p w14:paraId="0C8F8683" w14:textId="77777777" w:rsidR="00846CA7" w:rsidRPr="005F1144" w:rsidRDefault="00000000">
      <w:pPr>
        <w:pStyle w:val="ListBullet"/>
        <w:spacing w:after="0"/>
        <w:ind w:left="259" w:hanging="173"/>
        <w:rPr>
          <w:sz w:val="21"/>
          <w:szCs w:val="21"/>
        </w:rPr>
      </w:pPr>
      <w:r w:rsidRPr="005F1144">
        <w:rPr>
          <w:sz w:val="21"/>
          <w:szCs w:val="21"/>
        </w:rPr>
        <w:t>Runner #1 completes one lap and returns, followed by Runner #2 and Runner #3.</w:t>
      </w:r>
    </w:p>
    <w:p w14:paraId="79281319" w14:textId="77777777" w:rsidR="00846CA7" w:rsidRPr="005F1144" w:rsidRDefault="00000000">
      <w:pPr>
        <w:pStyle w:val="ListBullet"/>
        <w:spacing w:after="0"/>
        <w:ind w:left="259" w:hanging="173"/>
        <w:rPr>
          <w:sz w:val="21"/>
          <w:szCs w:val="21"/>
        </w:rPr>
      </w:pPr>
      <w:r w:rsidRPr="005F1144">
        <w:rPr>
          <w:sz w:val="21"/>
          <w:szCs w:val="21"/>
        </w:rPr>
        <w:t>Once everyone completes a lap, the entire team sits down. First team seated wins.</w:t>
      </w:r>
    </w:p>
    <w:p w14:paraId="1171B02B" w14:textId="77777777" w:rsidR="00846CA7" w:rsidRPr="005F1144" w:rsidRDefault="00000000">
      <w:pPr>
        <w:pStyle w:val="ListBullet"/>
        <w:spacing w:after="0"/>
        <w:ind w:left="259" w:hanging="173"/>
        <w:rPr>
          <w:sz w:val="21"/>
          <w:szCs w:val="21"/>
        </w:rPr>
      </w:pPr>
      <w:r w:rsidRPr="005F1144">
        <w:rPr>
          <w:sz w:val="21"/>
          <w:szCs w:val="21"/>
        </w:rPr>
        <w:t>Play several rounds and mix up the teams. Emphasize teamwork and sportsmanship.</w:t>
      </w:r>
    </w:p>
    <w:p w14:paraId="5180232F" w14:textId="77777777" w:rsidR="00846CA7" w:rsidRDefault="00000000">
      <w:pPr>
        <w:spacing w:after="0"/>
      </w:pPr>
      <w:hyperlink r:id="rId8">
        <w:r>
          <w:rPr>
            <w:color w:val="0563C1"/>
            <w:u w:val="single"/>
          </w:rPr>
          <w:t>Watch Speedway Demonstration</w:t>
        </w:r>
      </w:hyperlink>
    </w:p>
    <w:p w14:paraId="1D7604E2" w14:textId="77777777" w:rsidR="005F1144" w:rsidRDefault="005F1144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846CA7" w14:paraId="195555F3" w14:textId="77777777">
        <w:trPr>
          <w:jc w:val="center"/>
        </w:trPr>
        <w:tc>
          <w:tcPr>
            <w:tcW w:w="10800" w:type="dxa"/>
            <w:shd w:val="clear" w:color="auto" w:fill="EAF7FB"/>
          </w:tcPr>
          <w:p w14:paraId="3BD29971" w14:textId="539BB7D9" w:rsidR="00846CA7" w:rsidRPr="005F1144" w:rsidRDefault="00000000">
            <w:pPr>
              <w:spacing w:after="0"/>
              <w:rPr>
                <w:sz w:val="21"/>
                <w:szCs w:val="21"/>
              </w:rPr>
            </w:pPr>
            <w:r w:rsidRPr="005F1144">
              <w:rPr>
                <w:b/>
                <w:sz w:val="21"/>
                <w:szCs w:val="21"/>
              </w:rPr>
              <w:t xml:space="preserve">RAINY DAY — FITNESS BINGO: </w:t>
            </w:r>
            <w:r w:rsidRPr="005F1144">
              <w:rPr>
                <w:sz w:val="21"/>
                <w:szCs w:val="21"/>
              </w:rPr>
              <w:t xml:space="preserve">Use Fitness Bingo for a </w:t>
            </w:r>
            <w:r w:rsidR="005F1144" w:rsidRPr="005F1144">
              <w:rPr>
                <w:sz w:val="21"/>
                <w:szCs w:val="21"/>
              </w:rPr>
              <w:t>15–20-minute</w:t>
            </w:r>
            <w:r w:rsidRPr="005F1144">
              <w:rPr>
                <w:sz w:val="21"/>
                <w:szCs w:val="21"/>
              </w:rPr>
              <w:t xml:space="preserve"> indoor workout. Students must complete the movement before marking the square.</w:t>
            </w:r>
          </w:p>
        </w:tc>
      </w:tr>
    </w:tbl>
    <w:p w14:paraId="79CF1335" w14:textId="53A61370" w:rsidR="00846CA7" w:rsidRDefault="00846CA7" w:rsidP="005F1144">
      <w:pPr>
        <w:spacing w:before="60" w:after="0"/>
      </w:pPr>
    </w:p>
    <w:sectPr w:rsidR="00846CA7" w:rsidSect="00034616">
      <w:footerReference w:type="default" r:id="rId9"/>
      <w:pgSz w:w="12240" w:h="15840"/>
      <w:pgMar w:top="504" w:right="720" w:bottom="50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C704D" w14:textId="77777777" w:rsidR="00874439" w:rsidRDefault="00874439">
      <w:pPr>
        <w:spacing w:after="0" w:line="240" w:lineRule="auto"/>
      </w:pPr>
      <w:r>
        <w:separator/>
      </w:r>
    </w:p>
  </w:endnote>
  <w:endnote w:type="continuationSeparator" w:id="0">
    <w:p w14:paraId="1C9EE325" w14:textId="77777777" w:rsidR="00874439" w:rsidRDefault="00874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9CCF6" w14:textId="77777777" w:rsidR="00846CA7" w:rsidRDefault="00000000">
    <w:pPr>
      <w:pStyle w:val="Footer"/>
      <w:jc w:val="center"/>
    </w:pPr>
    <w:r>
      <w:rPr>
        <w:sz w:val="14"/>
      </w:rPr>
      <w:t>Runnin' for Rhett Youth Fitness Program • Week 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EED0B" w14:textId="77777777" w:rsidR="00874439" w:rsidRDefault="00874439">
      <w:pPr>
        <w:spacing w:after="0" w:line="240" w:lineRule="auto"/>
      </w:pPr>
      <w:r>
        <w:separator/>
      </w:r>
    </w:p>
  </w:footnote>
  <w:footnote w:type="continuationSeparator" w:id="0">
    <w:p w14:paraId="289A8FB9" w14:textId="77777777" w:rsidR="00874439" w:rsidRDefault="008744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9413391">
    <w:abstractNumId w:val="8"/>
  </w:num>
  <w:num w:numId="2" w16cid:durableId="2076007392">
    <w:abstractNumId w:val="6"/>
  </w:num>
  <w:num w:numId="3" w16cid:durableId="822700052">
    <w:abstractNumId w:val="5"/>
  </w:num>
  <w:num w:numId="4" w16cid:durableId="718162834">
    <w:abstractNumId w:val="4"/>
  </w:num>
  <w:num w:numId="5" w16cid:durableId="2008243744">
    <w:abstractNumId w:val="7"/>
  </w:num>
  <w:num w:numId="6" w16cid:durableId="1731539101">
    <w:abstractNumId w:val="3"/>
  </w:num>
  <w:num w:numId="7" w16cid:durableId="199056455">
    <w:abstractNumId w:val="2"/>
  </w:num>
  <w:num w:numId="8" w16cid:durableId="1343513526">
    <w:abstractNumId w:val="1"/>
  </w:num>
  <w:num w:numId="9" w16cid:durableId="1155486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F1144"/>
    <w:rsid w:val="00846CA7"/>
    <w:rsid w:val="00874439"/>
    <w:rsid w:val="009420BC"/>
    <w:rsid w:val="00AA1D8D"/>
    <w:rsid w:val="00B47730"/>
    <w:rsid w:val="00BF5E52"/>
    <w:rsid w:val="00C84676"/>
    <w:rsid w:val="00CB0664"/>
    <w:rsid w:val="00ED32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9E64125A-9696-4AF2-BE3D-92CBED5CC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20"/>
    </w:pPr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8jEdlUcns8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1180</Characters>
  <Application>Microsoft Office Word</Application>
  <DocSecurity>0</DocSecurity>
  <Lines>22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Michele Okamura</cp:lastModifiedBy>
  <cp:revision>5</cp:revision>
  <dcterms:created xsi:type="dcterms:W3CDTF">2013-12-23T23:15:00Z</dcterms:created>
  <dcterms:modified xsi:type="dcterms:W3CDTF">2026-08-10T22:43:00Z</dcterms:modified>
  <cp:category/>
</cp:coreProperties>
</file>