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6E94" w14:textId="77777777" w:rsidR="006E3FE7" w:rsidRDefault="006B312B">
      <w:pPr>
        <w:spacing w:after="0"/>
        <w:jc w:val="center"/>
      </w:pPr>
      <w:r>
        <w:rPr>
          <w:b/>
          <w:color w:val="66C5E3"/>
          <w:sz w:val="34"/>
        </w:rPr>
        <w:t>RUNNIN' FOR RHETT</w:t>
      </w:r>
    </w:p>
    <w:p w14:paraId="29A8EFBF" w14:textId="616D5F0D" w:rsidR="006E3FE7" w:rsidRDefault="006B312B">
      <w:pPr>
        <w:jc w:val="center"/>
      </w:pPr>
      <w:r>
        <w:rPr>
          <w:b/>
          <w:sz w:val="21"/>
        </w:rPr>
        <w:t xml:space="preserve">YOUTH FITNESS PROGRAM • </w:t>
      </w:r>
      <w:r w:rsidR="00450C90">
        <w:rPr>
          <w:b/>
          <w:sz w:val="21"/>
        </w:rPr>
        <w:t>| WEEK</w:t>
      </w:r>
      <w:r>
        <w:rPr>
          <w:b/>
          <w:sz w:val="21"/>
        </w:rPr>
        <w:t xml:space="preserve"> 5 • GET RACE READY!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6E3FE7" w14:paraId="5B8194CD" w14:textId="77777777">
        <w:trPr>
          <w:jc w:val="center"/>
        </w:trPr>
        <w:tc>
          <w:tcPr>
            <w:tcW w:w="10800" w:type="dxa"/>
            <w:shd w:val="clear" w:color="auto" w:fill="F2C94C"/>
          </w:tcPr>
          <w:p w14:paraId="51022CE8" w14:textId="77777777" w:rsidR="006E3FE7" w:rsidRDefault="006B312B">
            <w:pPr>
              <w:spacing w:after="0"/>
            </w:pPr>
            <w:r>
              <w:rPr>
                <w:b/>
              </w:rPr>
              <w:t>3 Activity Days • 2 Running Days • Running Goal: 20 Minutes   |   Keep it moving. Keep it fun. Everyone participates.</w:t>
            </w:r>
          </w:p>
        </w:tc>
      </w:tr>
    </w:tbl>
    <w:p w14:paraId="1536521E" w14:textId="77777777" w:rsidR="006E3FE7" w:rsidRPr="00450C90" w:rsidRDefault="006B312B">
      <w:pPr>
        <w:spacing w:before="80"/>
        <w:rPr>
          <w:u w:val="single"/>
        </w:rPr>
      </w:pPr>
      <w:r w:rsidRPr="00450C90">
        <w:rPr>
          <w:b/>
          <w:sz w:val="23"/>
          <w:u w:val="single"/>
        </w:rPr>
        <w:t>DAY 1 — DYNAMIC WARM-UP + RUN</w:t>
      </w:r>
    </w:p>
    <w:p w14:paraId="5FF913FA" w14:textId="77777777" w:rsidR="006E3FE7" w:rsidRDefault="006B312B">
      <w:pPr>
        <w:spacing w:after="0"/>
        <w:rPr>
          <w:sz w:val="21"/>
          <w:szCs w:val="21"/>
        </w:rPr>
      </w:pPr>
      <w:r w:rsidRPr="00450C90">
        <w:rPr>
          <w:b/>
          <w:sz w:val="21"/>
          <w:szCs w:val="21"/>
        </w:rPr>
        <w:t>Warm-Up (5-7 min):</w:t>
      </w:r>
      <w:r w:rsidRPr="00450C90">
        <w:rPr>
          <w:b/>
          <w:sz w:val="21"/>
          <w:szCs w:val="21"/>
        </w:rPr>
        <w:t xml:space="preserve"> </w:t>
      </w:r>
      <w:r w:rsidRPr="00450C90">
        <w:rPr>
          <w:sz w:val="21"/>
          <w:szCs w:val="21"/>
        </w:rPr>
        <w:t>Easy jog • High knees • Butt kicks • Side shuffle • Walking lunges • Power skips • Fast feet</w:t>
      </w:r>
    </w:p>
    <w:p w14:paraId="7005F8C1" w14:textId="77777777" w:rsidR="00E13260" w:rsidRPr="00450C90" w:rsidRDefault="00E13260">
      <w:pPr>
        <w:spacing w:after="0"/>
        <w:rPr>
          <w:sz w:val="21"/>
          <w:szCs w:val="21"/>
        </w:rPr>
      </w:pPr>
    </w:p>
    <w:p w14:paraId="718037CE" w14:textId="77777777" w:rsidR="006E3FE7" w:rsidRDefault="006B312B">
      <w:pPr>
        <w:spacing w:after="0"/>
        <w:rPr>
          <w:sz w:val="21"/>
          <w:szCs w:val="21"/>
        </w:rPr>
      </w:pPr>
      <w:r w:rsidRPr="00450C90">
        <w:rPr>
          <w:b/>
          <w:sz w:val="21"/>
          <w:szCs w:val="21"/>
        </w:rPr>
        <w:t>RUN: 20 Minutes</w:t>
      </w:r>
      <w:r>
        <w:rPr>
          <w:b/>
        </w:rPr>
        <w:t xml:space="preserve"> — </w:t>
      </w:r>
      <w:r w:rsidRPr="00450C90">
        <w:rPr>
          <w:sz w:val="21"/>
          <w:szCs w:val="21"/>
        </w:rPr>
        <w:t>Practice a steady race pace: start easy, settle into a comfortable pace, and finish the final few minutes slightly stronger.</w:t>
      </w:r>
    </w:p>
    <w:p w14:paraId="1596BB06" w14:textId="77777777" w:rsidR="00E13260" w:rsidRPr="00450C90" w:rsidRDefault="00E13260">
      <w:pPr>
        <w:spacing w:after="0"/>
        <w:rPr>
          <w:sz w:val="21"/>
          <w:szCs w:val="21"/>
        </w:rPr>
      </w:pPr>
    </w:p>
    <w:p w14:paraId="5EE9DFCE" w14:textId="77777777" w:rsidR="006E3FE7" w:rsidRPr="00450C90" w:rsidRDefault="006B312B">
      <w:pPr>
        <w:rPr>
          <w:sz w:val="21"/>
          <w:szCs w:val="21"/>
        </w:rPr>
      </w:pPr>
      <w:r w:rsidRPr="00450C90">
        <w:rPr>
          <w:b/>
          <w:sz w:val="21"/>
          <w:szCs w:val="21"/>
        </w:rPr>
        <w:t>Cooldown</w:t>
      </w:r>
      <w:r>
        <w:rPr>
          <w:b/>
        </w:rPr>
        <w:t xml:space="preserve">: </w:t>
      </w:r>
      <w:r w:rsidRPr="00450C90">
        <w:rPr>
          <w:sz w:val="21"/>
          <w:szCs w:val="21"/>
        </w:rPr>
        <w:t>2-3 minutes easy walking.</w:t>
      </w:r>
    </w:p>
    <w:p w14:paraId="4D3BD959" w14:textId="77777777" w:rsidR="006E3FE7" w:rsidRPr="00450C90" w:rsidRDefault="006B312B">
      <w:pPr>
        <w:spacing w:before="80"/>
        <w:rPr>
          <w:u w:val="single"/>
        </w:rPr>
      </w:pPr>
      <w:r w:rsidRPr="00450C90">
        <w:rPr>
          <w:b/>
          <w:sz w:val="23"/>
          <w:u w:val="single"/>
        </w:rPr>
        <w:t>DAY 2 — RPS WARM-UP + RUN</w:t>
      </w:r>
    </w:p>
    <w:p w14:paraId="0C0DFA4F" w14:textId="77777777" w:rsidR="006E3FE7" w:rsidRPr="00E13260" w:rsidRDefault="006B312B">
      <w:pPr>
        <w:spacing w:after="0"/>
        <w:rPr>
          <w:sz w:val="21"/>
          <w:szCs w:val="21"/>
        </w:rPr>
      </w:pPr>
      <w:r w:rsidRPr="00450C90">
        <w:rPr>
          <w:b/>
          <w:sz w:val="21"/>
          <w:szCs w:val="21"/>
        </w:rPr>
        <w:t>Warm-Up</w:t>
      </w:r>
      <w:r>
        <w:rPr>
          <w:b/>
        </w:rPr>
        <w:t xml:space="preserve">: </w:t>
      </w:r>
      <w:r w:rsidRPr="00E13260">
        <w:rPr>
          <w:sz w:val="21"/>
          <w:szCs w:val="21"/>
        </w:rPr>
        <w:t>Rock, Paper, Scissors Warm-Up - 5-7 minutes</w:t>
      </w:r>
    </w:p>
    <w:p w14:paraId="0F486D69" w14:textId="77777777" w:rsidR="006E3FE7" w:rsidRDefault="006B312B">
      <w:pPr>
        <w:spacing w:after="0"/>
      </w:pPr>
      <w:hyperlink r:id="rId8">
        <w:r>
          <w:rPr>
            <w:color w:val="0563C1"/>
            <w:u w:val="single"/>
          </w:rPr>
          <w:t>RPS Warm-Up - Instructions &amp; Video</w:t>
        </w:r>
      </w:hyperlink>
    </w:p>
    <w:p w14:paraId="16AF8CA6" w14:textId="77777777" w:rsidR="00146F13" w:rsidRDefault="00146F13">
      <w:pPr>
        <w:spacing w:after="0"/>
      </w:pPr>
    </w:p>
    <w:p w14:paraId="689A1E46" w14:textId="77777777" w:rsidR="006E3FE7" w:rsidRPr="00146F13" w:rsidRDefault="006B312B">
      <w:pPr>
        <w:rPr>
          <w:sz w:val="21"/>
          <w:szCs w:val="21"/>
        </w:rPr>
      </w:pPr>
      <w:r w:rsidRPr="00146F13">
        <w:rPr>
          <w:b/>
          <w:bCs/>
          <w:sz w:val="21"/>
          <w:szCs w:val="21"/>
        </w:rPr>
        <w:t>Run for 20 minutes.</w:t>
      </w:r>
      <w:r>
        <w:t xml:space="preserve"> </w:t>
      </w:r>
      <w:r w:rsidRPr="00146F13">
        <w:rPr>
          <w:sz w:val="21"/>
          <w:szCs w:val="21"/>
        </w:rPr>
        <w:t>Finish with 2-3 short strides. Strides should be fast but controlled, not an all-out sprint.</w:t>
      </w:r>
    </w:p>
    <w:p w14:paraId="7B88480E" w14:textId="77777777" w:rsidR="006E3FE7" w:rsidRPr="00146F13" w:rsidRDefault="006B312B">
      <w:pPr>
        <w:spacing w:before="80"/>
        <w:rPr>
          <w:u w:val="single"/>
        </w:rPr>
      </w:pPr>
      <w:r w:rsidRPr="00146F13">
        <w:rPr>
          <w:b/>
          <w:sz w:val="23"/>
          <w:u w:val="single"/>
        </w:rPr>
        <w:t>DAY 3 — FUN FITNESS CHOICE</w:t>
      </w:r>
    </w:p>
    <w:p w14:paraId="36413F1E" w14:textId="77777777" w:rsidR="006E3FE7" w:rsidRPr="00E13260" w:rsidRDefault="006B312B">
      <w:pPr>
        <w:spacing w:after="0"/>
        <w:rPr>
          <w:b/>
          <w:bCs/>
          <w:sz w:val="21"/>
          <w:szCs w:val="21"/>
        </w:rPr>
      </w:pPr>
      <w:r w:rsidRPr="00E13260">
        <w:rPr>
          <w:b/>
          <w:bCs/>
          <w:i/>
          <w:sz w:val="21"/>
          <w:szCs w:val="21"/>
        </w:rPr>
        <w:t>Focus: Fun • Fitness • Student Engagement</w:t>
      </w:r>
    </w:p>
    <w:p w14:paraId="001F2976" w14:textId="77777777" w:rsidR="006E3FE7" w:rsidRPr="00146F13" w:rsidRDefault="006B312B">
      <w:pPr>
        <w:pStyle w:val="ListBullet"/>
        <w:spacing w:after="0"/>
        <w:ind w:left="259" w:hanging="173"/>
        <w:rPr>
          <w:sz w:val="21"/>
          <w:szCs w:val="21"/>
        </w:rPr>
      </w:pPr>
      <w:r w:rsidRPr="00146F13">
        <w:rPr>
          <w:sz w:val="21"/>
          <w:szCs w:val="21"/>
        </w:rPr>
        <w:t>Coach's choice: Speedway, Infection Tag, Subway Tag, Tabata, or RPS.</w:t>
      </w:r>
    </w:p>
    <w:p w14:paraId="468632E3" w14:textId="2D8C6246" w:rsidR="006E3FE7" w:rsidRDefault="006B312B">
      <w:pPr>
        <w:pStyle w:val="ListBullet"/>
        <w:spacing w:after="0"/>
        <w:ind w:left="259" w:hanging="173"/>
      </w:pPr>
      <w:r w:rsidRPr="00146F13">
        <w:rPr>
          <w:sz w:val="21"/>
          <w:szCs w:val="21"/>
        </w:rPr>
        <w:t xml:space="preserve">Consider letting students vote on </w:t>
      </w:r>
      <w:r w:rsidR="00AC536C" w:rsidRPr="00146F13">
        <w:rPr>
          <w:sz w:val="21"/>
          <w:szCs w:val="21"/>
        </w:rPr>
        <w:t>their favorite</w:t>
      </w:r>
      <w:r w:rsidRPr="00146F13">
        <w:rPr>
          <w:sz w:val="21"/>
          <w:szCs w:val="21"/>
        </w:rPr>
        <w:t xml:space="preserve"> activity as a reward for completing five weeks of training</w:t>
      </w:r>
      <w:r>
        <w:t>.</w:t>
      </w:r>
    </w:p>
    <w:p w14:paraId="2860AE5B" w14:textId="77777777" w:rsidR="00146F13" w:rsidRDefault="00146F13">
      <w:pPr>
        <w:pStyle w:val="ListBullet"/>
        <w:spacing w:after="0"/>
        <w:ind w:left="259" w:hanging="173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6E3FE7" w14:paraId="317FAB34" w14:textId="77777777">
        <w:trPr>
          <w:jc w:val="center"/>
        </w:trPr>
        <w:tc>
          <w:tcPr>
            <w:tcW w:w="10800" w:type="dxa"/>
            <w:shd w:val="clear" w:color="auto" w:fill="EAF7FB"/>
          </w:tcPr>
          <w:p w14:paraId="255B0FF3" w14:textId="77777777" w:rsidR="006E3FE7" w:rsidRDefault="006B312B">
            <w:pPr>
              <w:spacing w:after="0"/>
            </w:pPr>
            <w:r w:rsidRPr="00146F13">
              <w:rPr>
                <w:b/>
                <w:sz w:val="21"/>
                <w:szCs w:val="21"/>
              </w:rPr>
              <w:t>RAINY DAY — DECK OF FITNESS</w:t>
            </w:r>
            <w:r>
              <w:rPr>
                <w:b/>
              </w:rPr>
              <w:t xml:space="preserve">: </w:t>
            </w:r>
            <w:r w:rsidRPr="00146F13">
              <w:rPr>
                <w:sz w:val="21"/>
                <w:szCs w:val="21"/>
              </w:rPr>
              <w:t>Have students take turns drawing cards and leading the group. Modify exercises as needed for the available indoor space.</w:t>
            </w:r>
          </w:p>
        </w:tc>
      </w:tr>
    </w:tbl>
    <w:p w14:paraId="09D7C023" w14:textId="67B38775" w:rsidR="006E3FE7" w:rsidRDefault="006E3FE7" w:rsidP="00146F13">
      <w:pPr>
        <w:spacing w:before="60" w:after="0"/>
      </w:pPr>
    </w:p>
    <w:sectPr w:rsidR="006E3FE7" w:rsidSect="00034616">
      <w:footerReference w:type="default" r:id="rId9"/>
      <w:pgSz w:w="12240" w:h="15840"/>
      <w:pgMar w:top="504" w:right="720" w:bottom="50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CC8B" w14:textId="77777777" w:rsidR="006B312B" w:rsidRDefault="006B312B">
      <w:pPr>
        <w:spacing w:after="0" w:line="240" w:lineRule="auto"/>
      </w:pPr>
      <w:r>
        <w:separator/>
      </w:r>
    </w:p>
  </w:endnote>
  <w:endnote w:type="continuationSeparator" w:id="0">
    <w:p w14:paraId="40715317" w14:textId="77777777" w:rsidR="006B312B" w:rsidRDefault="006B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7173" w14:textId="77777777" w:rsidR="006E3FE7" w:rsidRDefault="006B312B">
    <w:pPr>
      <w:pStyle w:val="Footer"/>
      <w:jc w:val="center"/>
    </w:pPr>
    <w:r>
      <w:rPr>
        <w:sz w:val="14"/>
      </w:rPr>
      <w:t>Runnin' for Rhett Youth Fitness Program • Week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C010" w14:textId="77777777" w:rsidR="006B312B" w:rsidRDefault="006B312B">
      <w:pPr>
        <w:spacing w:after="0" w:line="240" w:lineRule="auto"/>
      </w:pPr>
      <w:r>
        <w:separator/>
      </w:r>
    </w:p>
  </w:footnote>
  <w:footnote w:type="continuationSeparator" w:id="0">
    <w:p w14:paraId="7A8D8269" w14:textId="77777777" w:rsidR="006B312B" w:rsidRDefault="006B3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4140144">
    <w:abstractNumId w:val="8"/>
  </w:num>
  <w:num w:numId="2" w16cid:durableId="1605382856">
    <w:abstractNumId w:val="6"/>
  </w:num>
  <w:num w:numId="3" w16cid:durableId="748188613">
    <w:abstractNumId w:val="5"/>
  </w:num>
  <w:num w:numId="4" w16cid:durableId="1885866531">
    <w:abstractNumId w:val="4"/>
  </w:num>
  <w:num w:numId="5" w16cid:durableId="940572686">
    <w:abstractNumId w:val="7"/>
  </w:num>
  <w:num w:numId="6" w16cid:durableId="817502656">
    <w:abstractNumId w:val="3"/>
  </w:num>
  <w:num w:numId="7" w16cid:durableId="296574180">
    <w:abstractNumId w:val="2"/>
  </w:num>
  <w:num w:numId="8" w16cid:durableId="481042678">
    <w:abstractNumId w:val="1"/>
  </w:num>
  <w:num w:numId="9" w16cid:durableId="1025407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6F13"/>
    <w:rsid w:val="0015074B"/>
    <w:rsid w:val="0029639D"/>
    <w:rsid w:val="00326F90"/>
    <w:rsid w:val="00450C90"/>
    <w:rsid w:val="006B312B"/>
    <w:rsid w:val="006E3FE7"/>
    <w:rsid w:val="009B4CE9"/>
    <w:rsid w:val="00AA1D8D"/>
    <w:rsid w:val="00AC536C"/>
    <w:rsid w:val="00B47730"/>
    <w:rsid w:val="00CB0664"/>
    <w:rsid w:val="00E132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7522956-F6D7-41B9-A25B-447CDCBA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ysedgames.com/rps-warm-u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1004</Characters>
  <Application>Microsoft Office Word</Application>
  <DocSecurity>0</DocSecurity>
  <Lines>18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Okamura</cp:lastModifiedBy>
  <cp:revision>5</cp:revision>
  <dcterms:created xsi:type="dcterms:W3CDTF">2013-12-23T23:15:00Z</dcterms:created>
  <dcterms:modified xsi:type="dcterms:W3CDTF">2026-08-10T22:46:00Z</dcterms:modified>
  <cp:category/>
</cp:coreProperties>
</file>