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A8113" w14:textId="77777777" w:rsidR="0004389D" w:rsidRDefault="00AA03EE">
      <w:pPr>
        <w:spacing w:after="0"/>
        <w:jc w:val="center"/>
      </w:pPr>
      <w:r>
        <w:rPr>
          <w:b/>
          <w:color w:val="66C5E3"/>
          <w:sz w:val="34"/>
        </w:rPr>
        <w:t>RUNNIN' FOR RHETT</w:t>
      </w:r>
    </w:p>
    <w:p w14:paraId="38B67CDC" w14:textId="4EE75F50" w:rsidR="0004389D" w:rsidRDefault="00AA03EE">
      <w:pPr>
        <w:jc w:val="center"/>
      </w:pPr>
      <w:r>
        <w:rPr>
          <w:b/>
          <w:sz w:val="21"/>
        </w:rPr>
        <w:t xml:space="preserve">YOUTH FITNESS PROGRAM • </w:t>
      </w:r>
      <w:r w:rsidR="00EC0AA7">
        <w:rPr>
          <w:b/>
          <w:sz w:val="21"/>
        </w:rPr>
        <w:t>| WEEK</w:t>
      </w:r>
      <w:r>
        <w:rPr>
          <w:b/>
          <w:sz w:val="21"/>
        </w:rPr>
        <w:t xml:space="preserve"> 6 • RACE WEEK!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800"/>
      </w:tblGrid>
      <w:tr w:rsidR="0004389D" w14:paraId="0CBC729C" w14:textId="77777777">
        <w:trPr>
          <w:jc w:val="center"/>
        </w:trPr>
        <w:tc>
          <w:tcPr>
            <w:tcW w:w="10800" w:type="dxa"/>
            <w:shd w:val="clear" w:color="auto" w:fill="F2C94C"/>
          </w:tcPr>
          <w:p w14:paraId="4BE0DE49" w14:textId="77777777" w:rsidR="0004389D" w:rsidRDefault="00AA03EE">
            <w:pPr>
              <w:spacing w:after="0"/>
            </w:pPr>
            <w:r>
              <w:rPr>
                <w:b/>
              </w:rPr>
              <w:t>3 Activity Days • 2 Running Days • Running Goal: 20 Minutes Easy   |   Keep it moving. Keep it fun. Everyone participates.</w:t>
            </w:r>
          </w:p>
        </w:tc>
      </w:tr>
    </w:tbl>
    <w:p w14:paraId="34858737" w14:textId="77777777" w:rsidR="0004389D" w:rsidRPr="004A1326" w:rsidRDefault="00AA03EE">
      <w:pPr>
        <w:spacing w:before="80"/>
        <w:rPr>
          <w:u w:val="single"/>
        </w:rPr>
      </w:pPr>
      <w:r w:rsidRPr="004A1326">
        <w:rPr>
          <w:b/>
          <w:sz w:val="23"/>
          <w:u w:val="single"/>
        </w:rPr>
        <w:t>DAY 1 — DYNAMIC WARM-UP + RUN</w:t>
      </w:r>
    </w:p>
    <w:p w14:paraId="01A119D5" w14:textId="77777777" w:rsidR="0004389D" w:rsidRDefault="00AA03EE">
      <w:pPr>
        <w:spacing w:after="0"/>
      </w:pPr>
      <w:r w:rsidRPr="004A1326">
        <w:rPr>
          <w:b/>
          <w:sz w:val="21"/>
          <w:szCs w:val="21"/>
        </w:rPr>
        <w:t>Warm-Up (5-7 min</w:t>
      </w:r>
      <w:r>
        <w:rPr>
          <w:b/>
        </w:rPr>
        <w:t xml:space="preserve">): </w:t>
      </w:r>
      <w:r>
        <w:t>Easy jog • Arm circles • High knees • Butt kicks • Toy soldiers • Side shuffle • 2 controlled strides</w:t>
      </w:r>
    </w:p>
    <w:p w14:paraId="52ACAC7A" w14:textId="77777777" w:rsidR="004A1326" w:rsidRDefault="004A1326">
      <w:pPr>
        <w:spacing w:after="0"/>
      </w:pPr>
    </w:p>
    <w:p w14:paraId="1C68B37C" w14:textId="77777777" w:rsidR="0004389D" w:rsidRDefault="00AA03EE">
      <w:pPr>
        <w:spacing w:after="0"/>
      </w:pPr>
      <w:r w:rsidRPr="004A1326">
        <w:rPr>
          <w:b/>
          <w:sz w:val="21"/>
          <w:szCs w:val="21"/>
        </w:rPr>
        <w:t>RUN: 20 Minutes Easy</w:t>
      </w:r>
      <w:r>
        <w:rPr>
          <w:b/>
        </w:rPr>
        <w:t xml:space="preserve"> — </w:t>
      </w:r>
      <w:r>
        <w:t>Keep the 20-minute run relaxed and easy. Remind students: You have already done the hard work!</w:t>
      </w:r>
    </w:p>
    <w:p w14:paraId="4DD7D2BD" w14:textId="77777777" w:rsidR="004A1326" w:rsidRDefault="004A1326">
      <w:pPr>
        <w:spacing w:after="0"/>
      </w:pPr>
    </w:p>
    <w:p w14:paraId="77BA4AE0" w14:textId="77777777" w:rsidR="0004389D" w:rsidRDefault="00AA03EE">
      <w:r w:rsidRPr="004A1326">
        <w:rPr>
          <w:b/>
          <w:sz w:val="21"/>
          <w:szCs w:val="21"/>
        </w:rPr>
        <w:t>Cooldown:</w:t>
      </w:r>
      <w:r>
        <w:rPr>
          <w:b/>
        </w:rPr>
        <w:t xml:space="preserve"> </w:t>
      </w:r>
      <w:r>
        <w:t>2-3 minutes easy walking.</w:t>
      </w:r>
    </w:p>
    <w:p w14:paraId="40D76CDF" w14:textId="77777777" w:rsidR="0004389D" w:rsidRPr="004A1326" w:rsidRDefault="00AA03EE">
      <w:pPr>
        <w:spacing w:before="80"/>
        <w:rPr>
          <w:u w:val="single"/>
        </w:rPr>
      </w:pPr>
      <w:r w:rsidRPr="004A1326">
        <w:rPr>
          <w:b/>
          <w:sz w:val="23"/>
          <w:u w:val="single"/>
        </w:rPr>
        <w:t>DAY 2 — EASY MOVEMENT DAY</w:t>
      </w:r>
    </w:p>
    <w:p w14:paraId="2378820D" w14:textId="77777777" w:rsidR="0004389D" w:rsidRPr="004A1326" w:rsidRDefault="00AA03EE">
      <w:pPr>
        <w:spacing w:after="0"/>
        <w:rPr>
          <w:sz w:val="22"/>
        </w:rPr>
      </w:pPr>
      <w:r w:rsidRPr="004A1326">
        <w:rPr>
          <w:b/>
          <w:sz w:val="23"/>
          <w:szCs w:val="23"/>
        </w:rPr>
        <w:t>Warm-Up</w:t>
      </w:r>
      <w:r>
        <w:rPr>
          <w:b/>
        </w:rPr>
        <w:t xml:space="preserve">: </w:t>
      </w:r>
      <w:r w:rsidRPr="004A1326">
        <w:rPr>
          <w:sz w:val="22"/>
        </w:rPr>
        <w:t>2-minute easy jog • High knees • Butt kicks • Skipping • Side shuffles • Easy running • Light stretching</w:t>
      </w:r>
    </w:p>
    <w:p w14:paraId="6121FACC" w14:textId="77777777" w:rsidR="0004389D" w:rsidRDefault="00AA03EE">
      <w:r w:rsidRPr="004A1326">
        <w:rPr>
          <w:sz w:val="22"/>
        </w:rPr>
        <w:t>Keep this session shorter and fun. Avoid hard sprinting or a strenuous workout before race day</w:t>
      </w:r>
      <w:r>
        <w:t>.</w:t>
      </w:r>
    </w:p>
    <w:p w14:paraId="6F9F4849" w14:textId="77777777" w:rsidR="0004389D" w:rsidRDefault="00AA03EE">
      <w:pPr>
        <w:spacing w:before="80"/>
        <w:rPr>
          <w:b/>
          <w:sz w:val="23"/>
          <w:u w:val="single"/>
        </w:rPr>
      </w:pPr>
      <w:r w:rsidRPr="004A1326">
        <w:rPr>
          <w:b/>
          <w:sz w:val="23"/>
          <w:u w:val="single"/>
        </w:rPr>
        <w:t>DAY 3 — RACE WEEK CELEBRATION</w:t>
      </w:r>
    </w:p>
    <w:p w14:paraId="4CA5131A" w14:textId="77777777" w:rsidR="0004389D" w:rsidRPr="004A1326" w:rsidRDefault="00AA03EE">
      <w:pPr>
        <w:spacing w:after="0"/>
        <w:rPr>
          <w:sz w:val="20"/>
          <w:szCs w:val="20"/>
        </w:rPr>
      </w:pPr>
      <w:r w:rsidRPr="004A1326">
        <w:rPr>
          <w:i/>
          <w:sz w:val="20"/>
          <w:szCs w:val="20"/>
        </w:rPr>
        <w:t>Focus: Confidence • Movement • Fun</w:t>
      </w:r>
    </w:p>
    <w:p w14:paraId="73DAAC93" w14:textId="77777777" w:rsidR="0004389D" w:rsidRPr="004A1326" w:rsidRDefault="00AA03EE">
      <w:pPr>
        <w:pStyle w:val="ListBullet"/>
        <w:spacing w:after="0"/>
        <w:ind w:left="259" w:hanging="173"/>
        <w:rPr>
          <w:sz w:val="23"/>
          <w:szCs w:val="23"/>
        </w:rPr>
      </w:pPr>
      <w:r w:rsidRPr="004A1326">
        <w:rPr>
          <w:sz w:val="23"/>
          <w:szCs w:val="23"/>
        </w:rPr>
        <w:t>Choose a favorite activity from the season: Subway Tag, Infection Tag, RPS Warm-Up, Fitness Bingo, or an easy Tabata.</w:t>
      </w:r>
    </w:p>
    <w:p w14:paraId="271B8554" w14:textId="77777777" w:rsidR="0004389D" w:rsidRPr="004A1326" w:rsidRDefault="00AA03EE">
      <w:pPr>
        <w:pStyle w:val="ListBullet"/>
        <w:spacing w:after="0"/>
        <w:ind w:left="259" w:hanging="173"/>
      </w:pPr>
      <w:r w:rsidRPr="004A1326">
        <w:rPr>
          <w:sz w:val="23"/>
          <w:szCs w:val="23"/>
        </w:rPr>
        <w:t>Keep the intensity moderate and celebrate what students accomplished during the six weeks.</w:t>
      </w:r>
    </w:p>
    <w:p w14:paraId="4C6A8901" w14:textId="77777777" w:rsidR="004A1326" w:rsidRDefault="004A1326" w:rsidP="004A1326">
      <w:pPr>
        <w:pStyle w:val="ListBullet"/>
        <w:numPr>
          <w:ilvl w:val="0"/>
          <w:numId w:val="0"/>
        </w:numPr>
        <w:spacing w:after="0"/>
        <w:ind w:left="259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800"/>
      </w:tblGrid>
      <w:tr w:rsidR="0004389D" w14:paraId="7A9693CC" w14:textId="77777777">
        <w:trPr>
          <w:jc w:val="center"/>
        </w:trPr>
        <w:tc>
          <w:tcPr>
            <w:tcW w:w="10800" w:type="dxa"/>
            <w:shd w:val="clear" w:color="auto" w:fill="EAF7FB"/>
          </w:tcPr>
          <w:p w14:paraId="65D6C027" w14:textId="77777777" w:rsidR="0004389D" w:rsidRPr="004A1326" w:rsidRDefault="00AA03EE">
            <w:pPr>
              <w:spacing w:after="0"/>
              <w:rPr>
                <w:sz w:val="23"/>
                <w:szCs w:val="23"/>
              </w:rPr>
            </w:pPr>
            <w:r w:rsidRPr="004A1326">
              <w:rPr>
                <w:b/>
                <w:sz w:val="23"/>
                <w:szCs w:val="23"/>
              </w:rPr>
              <w:t xml:space="preserve">RAINY DAY — STUDENT CHOICE: </w:t>
            </w:r>
            <w:r w:rsidRPr="004A1326">
              <w:rPr>
                <w:sz w:val="23"/>
                <w:szCs w:val="23"/>
              </w:rPr>
              <w:t>Let students choose between Deck of Fitness or Fitness Bingo. Keep the focus on fun, easy movement, and confidence before race day.</w:t>
            </w:r>
          </w:p>
        </w:tc>
      </w:tr>
    </w:tbl>
    <w:p w14:paraId="7DB0EE12" w14:textId="2E16B89E" w:rsidR="0004389D" w:rsidRDefault="0004389D" w:rsidP="004A1326">
      <w:pPr>
        <w:spacing w:before="60" w:after="0"/>
      </w:pPr>
    </w:p>
    <w:sectPr w:rsidR="0004389D" w:rsidSect="00034616">
      <w:footerReference w:type="default" r:id="rId8"/>
      <w:pgSz w:w="12240" w:h="15840"/>
      <w:pgMar w:top="504" w:right="720" w:bottom="50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06B94B" w14:textId="77777777" w:rsidR="00AA03EE" w:rsidRDefault="00AA03EE">
      <w:pPr>
        <w:spacing w:after="0" w:line="240" w:lineRule="auto"/>
      </w:pPr>
      <w:r>
        <w:separator/>
      </w:r>
    </w:p>
  </w:endnote>
  <w:endnote w:type="continuationSeparator" w:id="0">
    <w:p w14:paraId="37D00D78" w14:textId="77777777" w:rsidR="00AA03EE" w:rsidRDefault="00AA03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09405" w14:textId="77777777" w:rsidR="0004389D" w:rsidRDefault="00AA03EE">
    <w:pPr>
      <w:pStyle w:val="Footer"/>
      <w:jc w:val="center"/>
    </w:pPr>
    <w:r>
      <w:rPr>
        <w:sz w:val="14"/>
      </w:rPr>
      <w:t>Runnin' for Rhett Youth Fitness Program • Week 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938C94" w14:textId="77777777" w:rsidR="00AA03EE" w:rsidRDefault="00AA03EE">
      <w:pPr>
        <w:spacing w:after="0" w:line="240" w:lineRule="auto"/>
      </w:pPr>
      <w:r>
        <w:separator/>
      </w:r>
    </w:p>
  </w:footnote>
  <w:footnote w:type="continuationSeparator" w:id="0">
    <w:p w14:paraId="286CA86A" w14:textId="77777777" w:rsidR="00AA03EE" w:rsidRDefault="00AA03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40879935">
    <w:abstractNumId w:val="8"/>
  </w:num>
  <w:num w:numId="2" w16cid:durableId="1185558031">
    <w:abstractNumId w:val="6"/>
  </w:num>
  <w:num w:numId="3" w16cid:durableId="344675331">
    <w:abstractNumId w:val="5"/>
  </w:num>
  <w:num w:numId="4" w16cid:durableId="109593852">
    <w:abstractNumId w:val="4"/>
  </w:num>
  <w:num w:numId="5" w16cid:durableId="1606426676">
    <w:abstractNumId w:val="7"/>
  </w:num>
  <w:num w:numId="6" w16cid:durableId="1197695304">
    <w:abstractNumId w:val="3"/>
  </w:num>
  <w:num w:numId="7" w16cid:durableId="1826555742">
    <w:abstractNumId w:val="2"/>
  </w:num>
  <w:num w:numId="8" w16cid:durableId="1948077122">
    <w:abstractNumId w:val="1"/>
  </w:num>
  <w:num w:numId="9" w16cid:durableId="1563882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389D"/>
    <w:rsid w:val="0006063C"/>
    <w:rsid w:val="0015074B"/>
    <w:rsid w:val="0029639D"/>
    <w:rsid w:val="00326F90"/>
    <w:rsid w:val="00384042"/>
    <w:rsid w:val="004A1326"/>
    <w:rsid w:val="00AA03EE"/>
    <w:rsid w:val="00AA1D8D"/>
    <w:rsid w:val="00B47730"/>
    <w:rsid w:val="00CB0664"/>
    <w:rsid w:val="00EC0AA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1635F396-F6BE-40E2-833B-6D3851DC5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20"/>
    </w:pPr>
    <w:rPr>
      <w:rFonts w:ascii="Arial" w:hAnsi="Arial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183</Words>
  <Characters>985</Characters>
  <Application>Microsoft Office Word</Application>
  <DocSecurity>0</DocSecurity>
  <Lines>17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Michele Okamura</cp:lastModifiedBy>
  <cp:revision>3</cp:revision>
  <dcterms:created xsi:type="dcterms:W3CDTF">2013-12-23T23:15:00Z</dcterms:created>
  <dcterms:modified xsi:type="dcterms:W3CDTF">2026-08-10T23:23:00Z</dcterms:modified>
  <cp:category/>
</cp:coreProperties>
</file>